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784" w:rsidRDefault="004F2784">
      <w:pPr>
        <w:autoSpaceDE w:val="0"/>
        <w:autoSpaceDN w:val="0"/>
        <w:spacing w:after="78" w:line="220" w:lineRule="exact"/>
      </w:pPr>
    </w:p>
    <w:p w:rsidR="00907DA5" w:rsidRDefault="00907DA5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42660" cy="9997440"/>
            <wp:effectExtent l="0" t="0" r="0" b="3810"/>
            <wp:docPr id="1" name="Рисунок 1" descr="IMG_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78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99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7DA5" w:rsidRDefault="00907DA5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07DA5" w:rsidRDefault="00907DA5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07DA5" w:rsidRDefault="00907DA5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4F2784" w:rsidRPr="00A817F3" w:rsidRDefault="00032996">
      <w:pPr>
        <w:autoSpaceDE w:val="0"/>
        <w:autoSpaceDN w:val="0"/>
        <w:spacing w:after="0" w:line="230" w:lineRule="auto"/>
        <w:ind w:left="1494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МИНИСТЕРСТВО ПРОСВЕЩЕНИЯ РОССИЙСКОЙ ФЕДЕРАЦИИ</w:t>
      </w:r>
    </w:p>
    <w:p w:rsidR="004F2784" w:rsidRPr="00A817F3" w:rsidRDefault="00032996">
      <w:pPr>
        <w:autoSpaceDE w:val="0"/>
        <w:autoSpaceDN w:val="0"/>
        <w:spacing w:before="670" w:after="0" w:line="230" w:lineRule="auto"/>
        <w:ind w:left="2418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Министерство образования и науки Республики Адыгея</w:t>
      </w:r>
    </w:p>
    <w:p w:rsidR="004F2784" w:rsidRPr="00A817F3" w:rsidRDefault="00032996">
      <w:pPr>
        <w:tabs>
          <w:tab w:val="left" w:pos="4610"/>
        </w:tabs>
        <w:autoSpaceDE w:val="0"/>
        <w:autoSpaceDN w:val="0"/>
        <w:spacing w:before="670" w:after="2096" w:line="262" w:lineRule="auto"/>
        <w:ind w:left="45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Муниципальное бюджетное общеобразовательное учреждение "средняя общеобразовательная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школа №7"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22"/>
        <w:gridCol w:w="3500"/>
        <w:gridCol w:w="3440"/>
      </w:tblGrid>
      <w:tr w:rsidR="004F2784">
        <w:trPr>
          <w:trHeight w:hRule="exact" w:val="274"/>
        </w:trPr>
        <w:tc>
          <w:tcPr>
            <w:tcW w:w="3022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48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РАССМОТРЕНО</w:t>
            </w:r>
          </w:p>
        </w:tc>
        <w:tc>
          <w:tcPr>
            <w:tcW w:w="3500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48" w:after="0" w:line="230" w:lineRule="auto"/>
              <w:ind w:left="49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СОГЛАСОВАНО</w:t>
            </w:r>
          </w:p>
        </w:tc>
        <w:tc>
          <w:tcPr>
            <w:tcW w:w="3440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48" w:after="0" w:line="230" w:lineRule="auto"/>
              <w:ind w:left="5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УТВЕРЖДЕНО</w:t>
            </w:r>
          </w:p>
        </w:tc>
      </w:tr>
      <w:tr w:rsidR="004F2784">
        <w:trPr>
          <w:trHeight w:hRule="exact" w:val="200"/>
        </w:trPr>
        <w:tc>
          <w:tcPr>
            <w:tcW w:w="3022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методическим объединением</w:t>
            </w:r>
          </w:p>
        </w:tc>
        <w:tc>
          <w:tcPr>
            <w:tcW w:w="3500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after="0" w:line="230" w:lineRule="auto"/>
              <w:ind w:left="49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Зам.директора по УВР</w:t>
            </w:r>
          </w:p>
        </w:tc>
        <w:tc>
          <w:tcPr>
            <w:tcW w:w="3440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after="0" w:line="230" w:lineRule="auto"/>
              <w:ind w:left="5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Директор</w:t>
            </w:r>
          </w:p>
        </w:tc>
      </w:tr>
      <w:tr w:rsidR="004F2784">
        <w:trPr>
          <w:trHeight w:hRule="exact" w:val="484"/>
        </w:trPr>
        <w:tc>
          <w:tcPr>
            <w:tcW w:w="3022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учителей</w:t>
            </w:r>
          </w:p>
        </w:tc>
        <w:tc>
          <w:tcPr>
            <w:tcW w:w="3500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1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______________Тешева Ф.К.</w:t>
            </w:r>
          </w:p>
        </w:tc>
        <w:tc>
          <w:tcPr>
            <w:tcW w:w="3440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198" w:after="0" w:line="230" w:lineRule="auto"/>
              <w:ind w:left="5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______________Тлишева Л.Н.</w:t>
            </w:r>
          </w:p>
        </w:tc>
      </w:tr>
    </w:tbl>
    <w:p w:rsidR="004F2784" w:rsidRDefault="004F2784">
      <w:pPr>
        <w:autoSpaceDE w:val="0"/>
        <w:autoSpaceDN w:val="0"/>
        <w:spacing w:after="0" w:line="62" w:lineRule="exact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42"/>
        <w:gridCol w:w="2760"/>
        <w:gridCol w:w="3280"/>
      </w:tblGrid>
      <w:tr w:rsidR="004F2784">
        <w:trPr>
          <w:trHeight w:hRule="exact" w:val="374"/>
        </w:trPr>
        <w:tc>
          <w:tcPr>
            <w:tcW w:w="3042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6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учитель английского языка</w:t>
            </w:r>
          </w:p>
        </w:tc>
        <w:tc>
          <w:tcPr>
            <w:tcW w:w="2760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60" w:after="0" w:line="230" w:lineRule="auto"/>
              <w:ind w:left="47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</w:t>
            </w:r>
          </w:p>
        </w:tc>
        <w:tc>
          <w:tcPr>
            <w:tcW w:w="3280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Приказ №</w:t>
            </w:r>
          </w:p>
        </w:tc>
      </w:tr>
      <w:tr w:rsidR="004F2784">
        <w:trPr>
          <w:trHeight w:hRule="exact" w:val="380"/>
        </w:trPr>
        <w:tc>
          <w:tcPr>
            <w:tcW w:w="3042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4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______________Нагоева А.А.</w:t>
            </w:r>
          </w:p>
        </w:tc>
        <w:tc>
          <w:tcPr>
            <w:tcW w:w="2760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4" w:after="0" w:line="230" w:lineRule="auto"/>
              <w:ind w:left="47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</w:t>
            </w:r>
            <w:r w:rsidR="00A817F3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"</w:t>
            </w:r>
            <w:r w:rsidR="00A817F3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08 2022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   г.</w:t>
            </w:r>
          </w:p>
        </w:tc>
        <w:tc>
          <w:tcPr>
            <w:tcW w:w="3280" w:type="dxa"/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4" w:after="0" w:line="230" w:lineRule="auto"/>
              <w:ind w:right="1406"/>
              <w:jc w:val="right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"</w:t>
            </w:r>
            <w:r w:rsidR="00A817F3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" </w:t>
            </w:r>
            <w:r w:rsidR="00A817F3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08 2022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г.</w:t>
            </w:r>
          </w:p>
        </w:tc>
      </w:tr>
    </w:tbl>
    <w:p w:rsidR="004F2784" w:rsidRPr="00A817F3" w:rsidRDefault="00032996">
      <w:pPr>
        <w:autoSpaceDE w:val="0"/>
        <w:autoSpaceDN w:val="0"/>
        <w:spacing w:before="122" w:after="0" w:line="230" w:lineRule="auto"/>
        <w:rPr>
          <w:lang w:val="ru-RU"/>
        </w:rPr>
      </w:pPr>
      <w:proofErr w:type="spellStart"/>
      <w:r>
        <w:rPr>
          <w:rFonts w:ascii="Times New Roman" w:eastAsia="Times New Roman" w:hAnsi="Times New Roman"/>
          <w:color w:val="000000"/>
          <w:w w:val="102"/>
          <w:sz w:val="20"/>
        </w:rPr>
        <w:t>Протокол</w:t>
      </w:r>
      <w:proofErr w:type="spellEnd"/>
      <w:r>
        <w:rPr>
          <w:rFonts w:ascii="Times New Roman" w:eastAsia="Times New Roman" w:hAnsi="Times New Roman"/>
          <w:color w:val="000000"/>
          <w:w w:val="102"/>
          <w:sz w:val="20"/>
        </w:rPr>
        <w:t xml:space="preserve"> №</w:t>
      </w:r>
      <w:r w:rsidR="00A817F3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1</w:t>
      </w:r>
    </w:p>
    <w:p w:rsidR="004F2784" w:rsidRDefault="00032996">
      <w:pPr>
        <w:autoSpaceDE w:val="0"/>
        <w:autoSpaceDN w:val="0"/>
        <w:spacing w:before="182" w:after="0" w:line="230" w:lineRule="auto"/>
      </w:pPr>
      <w:proofErr w:type="spellStart"/>
      <w:r>
        <w:rPr>
          <w:rFonts w:ascii="Times New Roman" w:eastAsia="Times New Roman" w:hAnsi="Times New Roman"/>
          <w:color w:val="000000"/>
          <w:w w:val="102"/>
          <w:sz w:val="20"/>
        </w:rPr>
        <w:t>от</w:t>
      </w:r>
      <w:proofErr w:type="spellEnd"/>
      <w:r>
        <w:rPr>
          <w:rFonts w:ascii="Times New Roman" w:eastAsia="Times New Roman" w:hAnsi="Times New Roman"/>
          <w:color w:val="000000"/>
          <w:w w:val="102"/>
          <w:sz w:val="20"/>
        </w:rPr>
        <w:t xml:space="preserve"> "</w:t>
      </w:r>
      <w:r w:rsidR="00A817F3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29</w:t>
      </w:r>
      <w:r>
        <w:rPr>
          <w:rFonts w:ascii="Times New Roman" w:eastAsia="Times New Roman" w:hAnsi="Times New Roman"/>
          <w:color w:val="000000"/>
          <w:w w:val="102"/>
          <w:sz w:val="20"/>
        </w:rPr>
        <w:t xml:space="preserve">" </w:t>
      </w:r>
      <w:r w:rsidR="00A817F3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08 2022</w:t>
      </w:r>
      <w:r>
        <w:rPr>
          <w:rFonts w:ascii="Times New Roman" w:eastAsia="Times New Roman" w:hAnsi="Times New Roman"/>
          <w:color w:val="000000"/>
          <w:w w:val="102"/>
          <w:sz w:val="20"/>
        </w:rPr>
        <w:t>г.</w:t>
      </w:r>
    </w:p>
    <w:p w:rsidR="004F2784" w:rsidRPr="00A817F3" w:rsidRDefault="00032996">
      <w:pPr>
        <w:autoSpaceDE w:val="0"/>
        <w:autoSpaceDN w:val="0"/>
        <w:spacing w:before="1038" w:after="0" w:line="262" w:lineRule="auto"/>
        <w:ind w:left="3744" w:right="3600"/>
        <w:jc w:val="center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РАБОЧАЯ ПРОГРАММА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(</w:t>
      </w:r>
      <w:r>
        <w:rPr>
          <w:rFonts w:ascii="Times New Roman" w:eastAsia="Times New Roman" w:hAnsi="Times New Roman"/>
          <w:b/>
          <w:color w:val="000000"/>
          <w:sz w:val="24"/>
        </w:rPr>
        <w:t>ID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2059479)</w:t>
      </w:r>
    </w:p>
    <w:p w:rsidR="004F2784" w:rsidRPr="00A817F3" w:rsidRDefault="00032996">
      <w:pPr>
        <w:autoSpaceDE w:val="0"/>
        <w:autoSpaceDN w:val="0"/>
        <w:spacing w:before="166" w:after="0" w:line="262" w:lineRule="auto"/>
        <w:ind w:left="4320" w:right="3888"/>
        <w:jc w:val="center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учебного предмета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«Русский язык»</w:t>
      </w:r>
    </w:p>
    <w:p w:rsidR="004F2784" w:rsidRPr="00A817F3" w:rsidRDefault="00032996">
      <w:pPr>
        <w:autoSpaceDE w:val="0"/>
        <w:autoSpaceDN w:val="0"/>
        <w:spacing w:before="670" w:after="0" w:line="262" w:lineRule="auto"/>
        <w:ind w:left="3024" w:right="2592"/>
        <w:jc w:val="center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для 5 класса основного общего образования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на 2022-2023  учебный год</w:t>
      </w:r>
    </w:p>
    <w:p w:rsidR="004F2784" w:rsidRPr="00A817F3" w:rsidRDefault="00032996" w:rsidP="00A817F3">
      <w:pPr>
        <w:autoSpaceDE w:val="0"/>
        <w:autoSpaceDN w:val="0"/>
        <w:spacing w:before="2112" w:after="0" w:line="262" w:lineRule="auto"/>
        <w:ind w:left="6398" w:hanging="648"/>
        <w:rPr>
          <w:lang w:val="ru-RU"/>
        </w:rPr>
        <w:sectPr w:rsidR="004F2784" w:rsidRPr="00A817F3">
          <w:pgSz w:w="11900" w:h="16840"/>
          <w:pgMar w:top="298" w:right="876" w:bottom="1376" w:left="738" w:header="720" w:footer="720" w:gutter="0"/>
          <w:cols w:space="720" w:equalWidth="0">
            <w:col w:w="10286" w:space="0"/>
          </w:cols>
          <w:docGrid w:linePitch="360"/>
        </w:sect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Составитель: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Шеожева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Фаризет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Казбековна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учитель русского языка и литературы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610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78" w:line="220" w:lineRule="exact"/>
        <w:rPr>
          <w:lang w:val="ru-RU"/>
        </w:rPr>
      </w:pPr>
    </w:p>
    <w:p w:rsidR="004F2784" w:rsidRPr="00A817F3" w:rsidRDefault="00032996">
      <w:pPr>
        <w:autoSpaceDE w:val="0"/>
        <w:autoSpaceDN w:val="0"/>
        <w:spacing w:after="0" w:line="286" w:lineRule="auto"/>
        <w:ind w:right="288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Минпросвещения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России от 31 05 2021 г № 287, зарегистрирован Министерством юстиции Российской Федерации 05 07 2021 г ,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рег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номер —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4F2784" w:rsidRPr="00A817F3" w:rsidRDefault="00032996">
      <w:pPr>
        <w:autoSpaceDE w:val="0"/>
        <w:autoSpaceDN w:val="0"/>
        <w:spacing w:before="226"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4F2784" w:rsidRPr="00A817F3" w:rsidRDefault="00032996">
      <w:pPr>
        <w:autoSpaceDE w:val="0"/>
        <w:autoSpaceDN w:val="0"/>
        <w:spacing w:before="348" w:after="0"/>
        <w:ind w:firstLine="180"/>
        <w:rPr>
          <w:lang w:val="ru-RU"/>
        </w:rPr>
      </w:pPr>
      <w:proofErr w:type="gram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Личностные  и</w:t>
      </w:r>
      <w:proofErr w:type="gram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 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  результаты  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 курса   русского   языка,   реализованных в большей части входящих в Федеральный перечень УМК по русскому языку. </w:t>
      </w:r>
    </w:p>
    <w:p w:rsidR="004F2784" w:rsidRPr="00A817F3" w:rsidRDefault="00032996">
      <w:pPr>
        <w:autoSpaceDE w:val="0"/>
        <w:autoSpaceDN w:val="0"/>
        <w:spacing w:before="262"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«РУССКИЙ ЯЗЫК»</w:t>
      </w:r>
    </w:p>
    <w:p w:rsidR="004F2784" w:rsidRPr="00A817F3" w:rsidRDefault="00032996">
      <w:pPr>
        <w:autoSpaceDE w:val="0"/>
        <w:autoSpaceDN w:val="0"/>
        <w:spacing w:before="166" w:after="0"/>
        <w:ind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межнационального общения русский язык является средством коммуникации всех народов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Российской Федерации, основой их социально-экономической, культурной и духовной консолидации.</w:t>
      </w:r>
    </w:p>
    <w:p w:rsidR="004F2784" w:rsidRPr="00A817F3" w:rsidRDefault="00032996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возможности её самореализации в различных жизненно важных для человека областях.</w:t>
      </w:r>
    </w:p>
    <w:p w:rsidR="004F2784" w:rsidRPr="00A817F3" w:rsidRDefault="00032996">
      <w:pPr>
        <w:autoSpaceDE w:val="0"/>
        <w:autoSpaceDN w:val="0"/>
        <w:spacing w:before="70" w:after="0"/>
        <w:ind w:right="720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4F2784" w:rsidRPr="00A817F3" w:rsidRDefault="00032996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Обучение русскому языку в школе направлено на совершенствование нравственной и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самообразования.</w:t>
      </w:r>
    </w:p>
    <w:p w:rsidR="004F2784" w:rsidRPr="00A817F3" w:rsidRDefault="00032996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</w:t>
      </w:r>
    </w:p>
    <w:p w:rsidR="004F2784" w:rsidRPr="00A817F3" w:rsidRDefault="00032996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Соответствующие умения и навыки представлены в перечне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обучения, в содержании обучения (разделы «Язык и речь», «Текст», «Функциональные разновидности языка»).</w:t>
      </w:r>
    </w:p>
    <w:p w:rsidR="004F2784" w:rsidRPr="00A817F3" w:rsidRDefault="00032996">
      <w:pPr>
        <w:autoSpaceDE w:val="0"/>
        <w:autoSpaceDN w:val="0"/>
        <w:spacing w:before="262"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«РУССКИЙ ЯЗЫК»</w:t>
      </w:r>
    </w:p>
    <w:p w:rsidR="004F2784" w:rsidRPr="00A817F3" w:rsidRDefault="00032996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Целями изучения русского языка по программам основного общего образования являются: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98" w:right="650" w:bottom="4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78" w:line="220" w:lineRule="exact"/>
        <w:rPr>
          <w:lang w:val="ru-RU"/>
        </w:rPr>
      </w:pPr>
    </w:p>
    <w:p w:rsidR="004F2784" w:rsidRPr="00A817F3" w:rsidRDefault="00032996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получения знаний в разных сферах ​человеческой деятельности; проявление уважения к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общероссийской и русской культуре, к культуре и языкам всех народов Российской Федерации;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в собственной речевой практике разнообразных грамматических средств;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орфографической и пунктуационной грамотности; воспитание стремления к речевому самосовершенствованию;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совершенствование речевой деятельности, коммуникативных умений, обеспечивающих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несплошной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текст,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инфографика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4F2784" w:rsidRPr="00A817F3" w:rsidRDefault="00032996">
      <w:pPr>
        <w:autoSpaceDE w:val="0"/>
        <w:autoSpaceDN w:val="0"/>
        <w:spacing w:before="262"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«РУССКИЙ ЯЗЫК» В УЧЕБНОМ ПЛАНЕ</w:t>
      </w:r>
    </w:p>
    <w:p w:rsidR="004F2784" w:rsidRPr="00A817F3" w:rsidRDefault="00032996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Федеральным государственным образовательным стандартом основного общего образования учебный предмет «Русский язык» входит </w:t>
      </w:r>
      <w:proofErr w:type="gram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в  предметную</w:t>
      </w:r>
      <w:proofErr w:type="gram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 область  «Русский язык и литература» и является обязательным для  изучения.</w:t>
      </w:r>
    </w:p>
    <w:p w:rsidR="004F2784" w:rsidRPr="00A817F3" w:rsidRDefault="00032996">
      <w:pPr>
        <w:autoSpaceDE w:val="0"/>
        <w:autoSpaceDN w:val="0"/>
        <w:spacing w:before="72" w:after="0" w:line="271" w:lineRule="auto"/>
        <w:ind w:right="576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Учебным планом на изучение русского языка в 5 классе </w:t>
      </w:r>
      <w:proofErr w:type="gram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отводится  -</w:t>
      </w:r>
      <w:proofErr w:type="gram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170 ч. (5 часов в неделю).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98" w:right="702" w:bottom="1440" w:left="666" w:header="720" w:footer="720" w:gutter="0"/>
          <w:cols w:space="720" w:equalWidth="0">
            <w:col w:w="10532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78" w:line="220" w:lineRule="exact"/>
        <w:rPr>
          <w:lang w:val="ru-RU"/>
        </w:rPr>
      </w:pPr>
    </w:p>
    <w:p w:rsidR="004F2784" w:rsidRPr="00A817F3" w:rsidRDefault="00032996">
      <w:pPr>
        <w:autoSpaceDE w:val="0"/>
        <w:autoSpaceDN w:val="0"/>
        <w:spacing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4F2784" w:rsidRPr="00A817F3" w:rsidRDefault="00032996">
      <w:pPr>
        <w:autoSpaceDE w:val="0"/>
        <w:autoSpaceDN w:val="0"/>
        <w:spacing w:before="346" w:after="0" w:line="271" w:lineRule="auto"/>
        <w:ind w:left="180" w:right="5616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Богатство и выразительность русского языка.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Лингвистика как наука о языке.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Основные разделы лингвистики.</w:t>
      </w:r>
    </w:p>
    <w:p w:rsidR="004F2784" w:rsidRPr="00A817F3" w:rsidRDefault="00032996">
      <w:pPr>
        <w:autoSpaceDE w:val="0"/>
        <w:autoSpaceDN w:val="0"/>
        <w:spacing w:before="190" w:after="0" w:line="262" w:lineRule="auto"/>
        <w:ind w:left="180" w:right="1872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 и речь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Язык и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речь.Речь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устная и письменная, монологическая и диалогическая,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полилог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Виды речевой деятельности (говорение, слушание, чтение, письмо), их особенности.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2" w:after="0" w:line="262" w:lineRule="auto"/>
        <w:ind w:right="1008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Речевые формулы приветствия, прощания, просьбы, благодарности.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Виды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 выборочное, ознакомительное, детальное.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Виды чтения: изучающее, ознакомительное, просмотровое, поисковое.</w:t>
      </w:r>
    </w:p>
    <w:p w:rsidR="004F2784" w:rsidRPr="00A817F3" w:rsidRDefault="00032996">
      <w:pPr>
        <w:autoSpaceDE w:val="0"/>
        <w:autoSpaceDN w:val="0"/>
        <w:spacing w:before="190" w:after="0" w:line="262" w:lineRule="auto"/>
        <w:ind w:left="180" w:right="144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 </w:t>
      </w:r>
      <w:r w:rsidRPr="00A817F3">
        <w:rPr>
          <w:lang w:val="ru-RU"/>
        </w:rPr>
        <w:br/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Текст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его основные признаки. Тема и главная мысль текста.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Микротема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текста. Ключевые слова.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Повествование как тип речи. Рассказ.</w:t>
      </w:r>
    </w:p>
    <w:p w:rsidR="004F2784" w:rsidRPr="00A817F3" w:rsidRDefault="00032996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Смысловой анализ текста: его композиционных особенностей,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микротем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2" w:after="0" w:line="262" w:lineRule="auto"/>
        <w:ind w:right="14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Подробное, выборочное и сжатое изложение </w:t>
      </w:r>
      <w:proofErr w:type="gram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содержания</w:t>
      </w:r>
      <w:proofErr w:type="gram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прочитанного или прослушанного текста. Изложение содержания текста с изменением лица рассказчика.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Информационная переработка текста: простой и сложный план текста.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190" w:after="0" w:line="271" w:lineRule="auto"/>
        <w:ind w:right="158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Функциональные разновидности языка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4F2784" w:rsidRPr="00A817F3" w:rsidRDefault="00032996">
      <w:pPr>
        <w:autoSpaceDE w:val="0"/>
        <w:autoSpaceDN w:val="0"/>
        <w:spacing w:before="190" w:after="0" w:line="271" w:lineRule="auto"/>
        <w:ind w:left="180" w:right="5472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Фонетика. Графика. Орфоэпия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Фонетика и графика как разделы лингвистики.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Звук как единица языка. Смыслоразличительная роль звука.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Система гласных звуков.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Система согласных звуков.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80" w:right="2448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Изменение звуков в речевом потоке. Элементы фонетической транскрипции. Слог. Ударение. Свойства русского ударения.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78" w:line="220" w:lineRule="exact"/>
        <w:rPr>
          <w:lang w:val="ru-RU"/>
        </w:rPr>
      </w:pPr>
    </w:p>
    <w:p w:rsidR="004F2784" w:rsidRPr="00A817F3" w:rsidRDefault="00032996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Соотношение звуков и букв.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Фонетический анализ слова.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Способы обозначения [й’], мягкости согласных.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Основные выразительные средства фонетики.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Прописные и строчные буквы.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Интонация, её функции. Основные элементы интонации.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80" w:right="6336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</w:t>
      </w:r>
      <w:r w:rsidRPr="00A817F3">
        <w:rPr>
          <w:lang w:val="ru-RU"/>
        </w:rPr>
        <w:br/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Орфография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раздел лингвистики.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Понятие «орфограмма». Буквенные и небуквенные орфограммы.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разделительных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4F2784" w:rsidRPr="00A817F3" w:rsidRDefault="00032996">
      <w:pPr>
        <w:autoSpaceDE w:val="0"/>
        <w:autoSpaceDN w:val="0"/>
        <w:spacing w:before="72" w:after="0" w:line="262" w:lineRule="auto"/>
        <w:ind w:left="180" w:right="6192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Лексикология </w:t>
      </w:r>
      <w:r w:rsidRPr="00A817F3">
        <w:rPr>
          <w:lang w:val="ru-RU"/>
        </w:rPr>
        <w:br/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Лексикология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раздел лингвистики.</w:t>
      </w:r>
    </w:p>
    <w:p w:rsidR="004F2784" w:rsidRPr="00A817F3" w:rsidRDefault="00032996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Синонимы. Антонимы. Омонимы. Паронимы.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Лексический анализ слов (в рамках изученного).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80" w:right="6480"/>
        <w:rPr>
          <w:lang w:val="ru-RU"/>
        </w:rPr>
      </w:pPr>
      <w:proofErr w:type="spellStart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Морфемика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Орфография </w:t>
      </w:r>
      <w:r w:rsidRPr="00A817F3">
        <w:rPr>
          <w:lang w:val="ru-RU"/>
        </w:rPr>
        <w:br/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Морфемика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раздел лингвистики.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Чередование звуков в морфемах (в том числе чередование гласных с нулём звука).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Морфемный анализ слов.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Уместное использование слов с суффиксами оценки в собственной речи.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Правописание корней с проверяемыми, непроверяемыми, ​непроизносимыми согласными (в рамках изученного).</w:t>
      </w:r>
    </w:p>
    <w:p w:rsidR="004F2784" w:rsidRPr="00A817F3" w:rsidRDefault="0003299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в корне слова.</w:t>
      </w:r>
    </w:p>
    <w:p w:rsidR="004F2784" w:rsidRPr="00A817F3" w:rsidRDefault="0003299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неизменяемых на письме приставок и приставок на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-з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(-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приставок.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80" w:right="3024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Морфология. Культура речи. Орфография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Морфология как раздел грамматики. Грамматическое значение слова.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существительное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Род, число, падеж имени существительного.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98" w:right="780" w:bottom="428" w:left="666" w:header="720" w:footer="720" w:gutter="0"/>
          <w:cols w:space="720" w:equalWidth="0">
            <w:col w:w="10454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78" w:line="220" w:lineRule="exact"/>
        <w:rPr>
          <w:lang w:val="ru-RU"/>
        </w:rPr>
      </w:pPr>
    </w:p>
    <w:p w:rsidR="004F2784" w:rsidRPr="00A817F3" w:rsidRDefault="00032996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Имена существительные общего рода.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Имена существительные, имеющие форму только единственного или только множественного числа.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существительных.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1872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Правописание собственных имён существительных.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на конце имён существительных после шипящих.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существительных.</w:t>
      </w:r>
    </w:p>
    <w:p w:rsidR="004F2784" w:rsidRPr="00A817F3" w:rsidRDefault="00032996">
      <w:pPr>
        <w:autoSpaceDE w:val="0"/>
        <w:autoSpaceDN w:val="0"/>
        <w:spacing w:before="72" w:after="0" w:line="262" w:lineRule="auto"/>
        <w:ind w:left="180" w:right="432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существительных. Правописание суффиксов 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;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(-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) имён существительных.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лаг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proofErr w:type="gram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proofErr w:type="spellStart"/>
      <w:proofErr w:type="gramEnd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-;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-клан- 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-клон-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-скак- 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скоч</w:t>
      </w:r>
      <w:proofErr w:type="spellEnd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прилагательное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Имена прилагательные полные и краткие, их синтаксические функции.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Склонение имён прилагательных. 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прилагательных.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прилагательных.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80" w:right="1008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прилагательных. Правописание кратких форм имён прилагательных с основой на шипящий.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не 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 именами прилагательными.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71" w:lineRule="auto"/>
        <w:ind w:right="1296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Глагол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Глагол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Глаголы совершенного и несовершенного вида, возвратные и невозвратные.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4F2784" w:rsidRPr="00A817F3" w:rsidRDefault="0003299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Спряжение глагола.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: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бер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бир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блест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блист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дер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дир</w:t>
      </w:r>
      <w:proofErr w:type="spellEnd"/>
      <w:proofErr w:type="gram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proofErr w:type="gramEnd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жег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жиг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мер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мир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пер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пир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стел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стил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тер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тир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тся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ться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глаголах, суффиксов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ова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 —-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ыва</w:t>
      </w:r>
      <w:proofErr w:type="spellEnd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A817F3">
        <w:rPr>
          <w:rFonts w:ascii="Times New Roman" w:eastAsia="Times New Roman" w:hAnsi="Times New Roman"/>
          <w:i/>
          <w:color w:val="000000"/>
          <w:sz w:val="24"/>
          <w:lang w:val="ru-RU"/>
        </w:rPr>
        <w:t>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личных окончаний глагола.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гласной перед суффиксом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Синтаксис. Культура речи. Пунктуация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Словосочетание и его признаки. Основные виды словосочетаний по морфологическим свойствам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98" w:right="682" w:bottom="428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66" w:line="220" w:lineRule="exact"/>
        <w:rPr>
          <w:lang w:val="ru-RU"/>
        </w:rPr>
      </w:pPr>
    </w:p>
    <w:p w:rsidR="004F2784" w:rsidRPr="00A817F3" w:rsidRDefault="00032996">
      <w:pPr>
        <w:autoSpaceDE w:val="0"/>
        <w:autoSpaceDN w:val="0"/>
        <w:spacing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главного слова (именные, глагольные, наречные). Средства связи слов в словосочетании.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Синтаксический анализ словосочетания.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Предложение и его признаки. Виды предложений по цели высказывания и эмоциональной окраске.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4F2784" w:rsidRPr="00A817F3" w:rsidRDefault="00032996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:rsidR="004F2784" w:rsidRPr="00A817F3" w:rsidRDefault="0003299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Тире между подлежащим и сказуемым.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</w:t>
      </w:r>
    </w:p>
    <w:p w:rsidR="004F2784" w:rsidRPr="00A817F3" w:rsidRDefault="00032996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4F2784" w:rsidRPr="00A817F3" w:rsidRDefault="00032996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gram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союзами</w:t>
      </w:r>
      <w:proofErr w:type="gram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обобщающим словом при однородных членах.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обращением, особенности интонации. Обращение и средства его выражения. Синтаксический анализ простого и простого осложнённого предложений.</w:t>
      </w:r>
    </w:p>
    <w:p w:rsidR="004F2784" w:rsidRPr="00A817F3" w:rsidRDefault="00032996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gram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союзами</w:t>
      </w:r>
      <w:proofErr w:type="gram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Предложения простые и сложные. Сложные предложения с бессоюзной и союзной связью.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Предложения сложносочинённые и сложноподчинённые (общее представление, практическое усвоение).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4F2784" w:rsidRPr="00A817F3" w:rsidRDefault="0003299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Предложения с прямой речью.</w:t>
      </w:r>
    </w:p>
    <w:p w:rsidR="004F2784" w:rsidRPr="00A817F3" w:rsidRDefault="0003299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предложений с прямой речью.</w:t>
      </w:r>
    </w:p>
    <w:p w:rsidR="004F2784" w:rsidRPr="00A817F3" w:rsidRDefault="0003299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Диалог.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диалога на письме.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Пунктуация как раздел лингвистики.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86" w:right="656" w:bottom="1440" w:left="666" w:header="720" w:footer="720" w:gutter="0"/>
          <w:cols w:space="720" w:equalWidth="0">
            <w:col w:w="10578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78" w:line="220" w:lineRule="exact"/>
        <w:rPr>
          <w:lang w:val="ru-RU"/>
        </w:rPr>
      </w:pPr>
    </w:p>
    <w:p w:rsidR="004F2784" w:rsidRPr="00A817F3" w:rsidRDefault="00032996">
      <w:pPr>
        <w:autoSpaceDE w:val="0"/>
        <w:autoSpaceDN w:val="0"/>
        <w:spacing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4F2784" w:rsidRPr="00A817F3" w:rsidRDefault="00032996">
      <w:pPr>
        <w:autoSpaceDE w:val="0"/>
        <w:autoSpaceDN w:val="0"/>
        <w:spacing w:before="346"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4F2784" w:rsidRPr="00A817F3" w:rsidRDefault="00032996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самовоспитания и саморазвития, формирования внутренней позиции личности.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Патриотического воспитания: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нормс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учётом осознания последствий поступков; активное неприятие асоциальных поступков; свобода и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ответственностьличности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в условиях индивидуального и общественного пространства.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Эстетического воспитания: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66" w:line="220" w:lineRule="exact"/>
        <w:rPr>
          <w:lang w:val="ru-RU"/>
        </w:rPr>
      </w:pPr>
    </w:p>
    <w:p w:rsidR="004F2784" w:rsidRPr="00A817F3" w:rsidRDefault="00032996">
      <w:pPr>
        <w:autoSpaceDE w:val="0"/>
        <w:autoSpaceDN w:val="0"/>
        <w:spacing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видах искусства.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жизни с опорой на собственный жизненный и читательский опыт;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употреб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ление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собственный опыт и выстраивая дальнейшие цели;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навыков рефлексии, признание своего права на ошибку и такого же права другого человека.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такого рода деятельность;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интерес к практическому изучению профессий и труда ​раз​личного рода, в том числе на основе применения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изучае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мого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предметного знания и ознакомления с деятельностью филологов,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технологической и социальной сред; готовность к участию в практической деятельности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экологической направленности.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чело​века,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​чтения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благо​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получия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44" w:right="1008"/>
        <w:jc w:val="center"/>
        <w:rPr>
          <w:lang w:val="ru-RU"/>
        </w:rPr>
      </w:pP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Адаптации обучающегося к изменяющимся условиям социальной и природной среды: 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освоение обучающимися социального опыта, основных социальных ролей, норм и правил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86" w:right="680" w:bottom="438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66" w:line="220" w:lineRule="exact"/>
        <w:rPr>
          <w:lang w:val="ru-RU"/>
        </w:rPr>
      </w:pPr>
    </w:p>
    <w:p w:rsidR="004F2784" w:rsidRPr="00A817F3" w:rsidRDefault="00032996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осознавать стрессовую ситуацию, оценивать происходящие изменения и их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4F2784" w:rsidRPr="00A817F3" w:rsidRDefault="00032996">
      <w:pPr>
        <w:autoSpaceDE w:val="0"/>
        <w:autoSpaceDN w:val="0"/>
        <w:spacing w:before="262"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166" w:after="0" w:line="288" w:lineRule="auto"/>
        <w:ind w:right="288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Овладение универсальными учебными познавательными действиями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действия: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языковых единиц, языковых явлений и процессов;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 информации текста, необходимой для решения поставленной учебной задачи;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оптималь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вариант с учётом самостоятельно выделенных критериев.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 в языковом образовании;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вопросы, фиксирующие несоответствие между реальным и желательным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состоянием ситуации, и самостоятельно устанавливать искомое и данное;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гипотезу об истинности собственных суждений и суждений других, аргументировать свою позицию, мнение;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алгоритм действий и использовать его для решения учебных задач;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86" w:right="634" w:bottom="296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90" w:line="220" w:lineRule="exact"/>
        <w:rPr>
          <w:lang w:val="ru-RU"/>
        </w:rPr>
      </w:pPr>
    </w:p>
    <w:p w:rsidR="004F2784" w:rsidRPr="00A817F3" w:rsidRDefault="00032996">
      <w:pPr>
        <w:tabs>
          <w:tab w:val="left" w:pos="180"/>
        </w:tabs>
        <w:autoSpaceDE w:val="0"/>
        <w:autoSpaceDN w:val="0"/>
        <w:spacing w:after="0" w:line="283" w:lineRule="auto"/>
        <w:ind w:right="288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 применимость и достоверность информацию, полученную в ходе лингвистического исследования (эксперимента);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интерпретировать, обобщать и систематизировать информацию, представленную в текстах,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таб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​лицах, схемах;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виды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чтения для оценки текста с точки зрения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достоверности и применимости содержащейся в нём информации и усвоения необходимой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информации с целью решения учебных задач;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оценивать надёжность информации по критериям, пред​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ложенным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учителем или сформулированным самостоятельно;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универсальными учебными коммуникативными действиями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Общение: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невербальные средства общения, понимать значение социальных знаков;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распознавать предпосылки конфликтных ситуаций и смягчать конфликты, вести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переговоры;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публично представлять результаты проведённого языкового анализа, выполненного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лингвистического эксперимента, исследования, проекта;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понимать и использовать преимущества командной и ин​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дивидуальной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работы при решении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310" w:right="670" w:bottom="356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66" w:line="220" w:lineRule="exact"/>
        <w:rPr>
          <w:lang w:val="ru-RU"/>
        </w:rPr>
      </w:pPr>
    </w:p>
    <w:p w:rsidR="004F2784" w:rsidRPr="00A817F3" w:rsidRDefault="00032996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конкретной проблемы, ​обосновывать необходимость применения групповых форм ​взаимодействия при решении поставленной задачи;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совмест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​ной работы; уметь обобщать мнения нескольких людей, проявлять готовность руководить, выполнять поручения, подчиняться;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качество своего вклада в общий продукт по критериям, самостоятельно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Овладение универсальными учебными регулятивными действиями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проблемы для решения в учебных и жизненных ситуациях;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различных подходах к принятию решений (индивидуальное, принятие решения в группе, принятие решения группой);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план действий, вносить необходимые коррективы в ходе его реализации;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разными способами самоконтроля (в том числе речевого),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рефлексии;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учебной ситуации и предлагать план её изменения;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результата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дея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тельности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способность управлять собственными эмоциями и эмоциями других;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4F2784" w:rsidRPr="00A817F3" w:rsidRDefault="00032996">
      <w:pPr>
        <w:autoSpaceDE w:val="0"/>
        <w:autoSpaceDN w:val="0"/>
        <w:spacing w:before="70" w:after="0" w:line="281" w:lineRule="auto"/>
        <w:ind w:left="180" w:right="4464"/>
        <w:rPr>
          <w:lang w:val="ru-RU"/>
        </w:rPr>
      </w:pP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Принятие себя и других: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 относиться к другому человеку и его мнению; признавать своё и чужое право на ошибку;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себя и других, не осуждая;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открытость;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4F2784" w:rsidRPr="00A817F3" w:rsidRDefault="00032996">
      <w:pPr>
        <w:autoSpaceDE w:val="0"/>
        <w:autoSpaceDN w:val="0"/>
        <w:spacing w:before="262"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86" w:right="686" w:bottom="452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78" w:line="220" w:lineRule="exact"/>
        <w:rPr>
          <w:lang w:val="ru-RU"/>
        </w:rPr>
      </w:pPr>
    </w:p>
    <w:p w:rsidR="004F2784" w:rsidRPr="00A817F3" w:rsidRDefault="00032996">
      <w:pPr>
        <w:tabs>
          <w:tab w:val="left" w:pos="180"/>
        </w:tabs>
        <w:autoSpaceDE w:val="0"/>
        <w:autoSpaceDN w:val="0"/>
        <w:spacing w:after="0" w:line="271" w:lineRule="auto"/>
        <w:ind w:right="14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 и речь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Участвовать в диалоге на лингвистические темы (в рамках изученного) и в диалоге/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полилоге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жизненных наблюдений объёмом не менее 3 реплик.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различными видами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 выборочным, ​ознакомительным, детальным — научно-учебных и художественных текстов различных функционально-смысловых типов речи.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80" w:right="288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Владеть различными видами чтения: просмотровым, ознакомительным, изучающим, поисковым. Устно пересказывать прочитанный или прослушанный текст объёмом не менее 100 слов.</w:t>
      </w:r>
    </w:p>
    <w:p w:rsidR="004F2784" w:rsidRPr="00A817F3" w:rsidRDefault="00032996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— не менее 110 слов).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F2784" w:rsidRPr="00A817F3" w:rsidRDefault="00032996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пунктограммы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микротем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абзацев.</w:t>
      </w:r>
    </w:p>
    <w:p w:rsidR="004F2784" w:rsidRPr="00A817F3" w:rsidRDefault="00032996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функ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ционально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-смысловому типу речи.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98" w:right="674" w:bottom="308" w:left="666" w:header="720" w:footer="720" w:gutter="0"/>
          <w:cols w:space="720" w:equalWidth="0">
            <w:col w:w="10560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78" w:line="220" w:lineRule="exact"/>
        <w:rPr>
          <w:lang w:val="ru-RU"/>
        </w:rPr>
      </w:pPr>
    </w:p>
    <w:p w:rsidR="004F2784" w:rsidRPr="00A817F3" w:rsidRDefault="00032996">
      <w:pPr>
        <w:autoSpaceDE w:val="0"/>
        <w:autoSpaceDN w:val="0"/>
        <w:spacing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сочинения объёмом не менее 70 слов).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Восстанавливать деформированный текст; осуществлять корректировку восстановленного текста с опорой на образец. </w:t>
      </w:r>
    </w:p>
    <w:p w:rsidR="004F2784" w:rsidRPr="00A817F3" w:rsidRDefault="00032996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Представлять сообщение на заданную тему в виде презентации.</w:t>
      </w:r>
    </w:p>
    <w:p w:rsidR="004F2784" w:rsidRPr="00A817F3" w:rsidRDefault="00032996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целостность, связность, информативность).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Функциональные разновидности языка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Фонетика. Графика. Орфоэпия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Проводить фонетический анализ слов.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Распознавать изученные орфограммы.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78" w:lineRule="auto"/>
        <w:ind w:right="14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Лексикология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 </w:t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тематические группы слов, родовые и видовые понятия.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Проводить лексический анализ слов (в рамках изученного).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пользоваться лексическими словарями (толковым словарём, словарями синонимов, антонимов, омонимов,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паро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нимов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80" w:right="2880"/>
        <w:rPr>
          <w:lang w:val="ru-RU"/>
        </w:rPr>
      </w:pPr>
      <w:proofErr w:type="spellStart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Морфемика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Орфография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морфему как минимальную значимую единицу языка.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4F2784" w:rsidRPr="00A817F3" w:rsidRDefault="00032996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Находить чередование звуков в морфемах (в том числе чередование гласных с нулём звука). Проводить морфемный анализ слов.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знания по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морфемике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языкового анализа различных видов и в практике правописания неизменяемых приставок и приставок на -з (-с); ы — и после приставок; корней с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98" w:right="718" w:bottom="368" w:left="666" w:header="720" w:footer="720" w:gutter="0"/>
          <w:cols w:space="720" w:equalWidth="0">
            <w:col w:w="10516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66" w:line="220" w:lineRule="exact"/>
        <w:rPr>
          <w:lang w:val="ru-RU"/>
        </w:rPr>
      </w:pPr>
    </w:p>
    <w:p w:rsidR="004F2784" w:rsidRPr="00A817F3" w:rsidRDefault="00032996">
      <w:pPr>
        <w:autoSpaceDE w:val="0"/>
        <w:autoSpaceDN w:val="0"/>
        <w:spacing w:after="0" w:line="271" w:lineRule="auto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—о после шипящих в корне слова;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Уместно использовать слова с суффиксами оценки в собственной речи.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Морфология. Культура речи. Орфография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знания о частях речи как лексико-грамматических разрядах слов, о грамматическом значении слова, о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сис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​теме частей речи в русском языке для решения практико-ориентированных учебных задач.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Распознавать имена существительные, имена прилагательные, глаголы.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существительное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Определять лексико-грамматические разряды имён существительных.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4F2784" w:rsidRPr="00A817F3" w:rsidRDefault="00032996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существительных: безударных окончаний;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суффиксов 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 (-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-);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корней с </w:t>
      </w:r>
      <w:proofErr w:type="gram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чередованием</w:t>
      </w:r>
      <w:proofErr w:type="gram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//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лаг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-клан-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-клон-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-скак-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скоч</w:t>
      </w:r>
      <w:proofErr w:type="spellEnd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; употребления/неупотребления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прилагательное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4F2784" w:rsidRPr="00A817F3" w:rsidRDefault="0003299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Проводить частичный морфологический анализ имён прилагательных (в рамках изученного).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словоизменения, произношения имён прилагательных, постановки в них ударения (в рамках изучен​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4F2784" w:rsidRPr="00A817F3" w:rsidRDefault="00032996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прилагательных: безударных окончаний;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кратких форм имён прилагательных с основой на шипящие; нормы слитного и раздельного написания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прилагательными.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Глагол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Различать глаголы совершенного и несовершенного вида, возвратные и невозвратные.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Определять спряжение глагола, уметь спрягать глаголы.</w:t>
      </w:r>
    </w:p>
    <w:p w:rsidR="004F2784" w:rsidRPr="00A817F3" w:rsidRDefault="0003299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Проводить частичный морфологический анализ глаголов (в рамках изученного).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86" w:right="670" w:bottom="438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78" w:line="220" w:lineRule="exact"/>
        <w:rPr>
          <w:lang w:val="ru-RU"/>
        </w:rPr>
      </w:pPr>
    </w:p>
    <w:p w:rsidR="004F2784" w:rsidRPr="00A817F3" w:rsidRDefault="00032996">
      <w:pPr>
        <w:tabs>
          <w:tab w:val="left" w:pos="180"/>
        </w:tabs>
        <w:autoSpaceDE w:val="0"/>
        <w:autoSpaceDN w:val="0"/>
        <w:spacing w:after="0" w:line="262" w:lineRule="auto"/>
        <w:ind w:right="144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4F2784" w:rsidRPr="00A817F3" w:rsidRDefault="00032996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глаголов: корней с чередованием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//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; использования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тся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ться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глаголах; суффиксов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ова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-— 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ыва</w:t>
      </w:r>
      <w:proofErr w:type="spellEnd"/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; личных окончаний глагола, гласной перед суффиксом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-л-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глагола; слитного и раздельного написания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4F2784" w:rsidRPr="00A817F3" w:rsidRDefault="00032996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Синтаксис. Культура речи. Пунктуация </w:t>
      </w:r>
      <w:r w:rsidRPr="00A817F3">
        <w:rPr>
          <w:lang w:val="ru-RU"/>
        </w:rPr>
        <w:br/>
      </w:r>
      <w:r w:rsidRPr="00A817F3">
        <w:rPr>
          <w:lang w:val="ru-RU"/>
        </w:rPr>
        <w:tab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4F2784" w:rsidRPr="00A817F3" w:rsidRDefault="00032996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нео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сложнённые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4F2784" w:rsidRPr="00A817F3" w:rsidRDefault="00032996">
      <w:pPr>
        <w:autoSpaceDE w:val="0"/>
        <w:autoSpaceDN w:val="0"/>
        <w:spacing w:before="70" w:after="0" w:line="281" w:lineRule="auto"/>
        <w:ind w:right="576" w:firstLine="180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gram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союзами</w:t>
      </w:r>
      <w:proofErr w:type="gram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A817F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; оформлять на письме диалог.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64" w:line="220" w:lineRule="exact"/>
        <w:rPr>
          <w:lang w:val="ru-RU"/>
        </w:rPr>
      </w:pPr>
    </w:p>
    <w:p w:rsidR="004F2784" w:rsidRDefault="00032996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04"/>
        <w:gridCol w:w="3758"/>
        <w:gridCol w:w="1116"/>
        <w:gridCol w:w="3700"/>
      </w:tblGrid>
      <w:tr w:rsidR="004F2784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3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4F2784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4" w:rsidRDefault="004F278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4" w:rsidRDefault="004F2784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6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4" w:rsidRDefault="004F278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4" w:rsidRDefault="004F278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4" w:rsidRDefault="004F278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4" w:rsidRDefault="004F2784"/>
        </w:tc>
      </w:tr>
      <w:tr w:rsidR="004F278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1. ПОВТОРЕНИЕ </w:t>
            </w:r>
          </w:p>
        </w:tc>
      </w:tr>
      <w:tr w:rsidR="004F2784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Повторение пройденного материала.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Чтение текста, лекция, конспектирование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8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https://resh.edu.ru/subject/lesson/7621/</w:t>
            </w:r>
          </w:p>
        </w:tc>
      </w:tr>
      <w:tr w:rsidR="004F2784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 w:rsidRPr="00907DA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2. ОБЩИЕ  СВЕДЕНИЯ  О  ЯЗЫКЕ </w:t>
            </w:r>
          </w:p>
        </w:tc>
      </w:tr>
      <w:tr w:rsidR="004F2784">
        <w:trPr>
          <w:trHeight w:hRule="exact" w:val="34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Богатство и выразительность русского языка.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лексические значения многозначных слов;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прямое и переносное значения слова; значения слов в синонимическом ряду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антонимической паре;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значения слова и фразеологизма; наблюдать за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образованием новых слов от иноязычных;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«старых» слов в новом значении.; Самостоятельно формулировать суждения о красоте и богатстве русского языка на основе проведённого анализа.;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прозаические и поэтические тексты с точки зрения использования в них изобразительно-выразительных языковых средств.;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обобщения и выводы о словарном богатстве русского языка.;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ttps://pandia.ru/text/79/147/83189.php</w:t>
            </w:r>
          </w:p>
        </w:tc>
      </w:tr>
      <w:tr w:rsidR="004F2784">
        <w:trPr>
          <w:trHeight w:hRule="exact" w:val="21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Лингвистика как наука о языке.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разделы лингвистики.; Определять основания для сравнения слова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социальных знаков (дорожные знаки;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знаки сервисов; предупредительные знаки;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математические символы и проч.).;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язык как систему знаков и как средство человеческого общения.;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Выявлять и сравнивать основные единицы языка и речи (в пределах изученного в начальной школе); 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ttps://pandia.ru/text/79/147/83189.php</w:t>
            </w:r>
          </w:p>
        </w:tc>
      </w:tr>
      <w:tr w:rsidR="004F2784">
        <w:trPr>
          <w:trHeight w:hRule="exact" w:val="350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348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3. ЯЗЫК И  РЕЧЬ </w:t>
            </w:r>
          </w:p>
        </w:tc>
      </w:tr>
      <w:tr w:rsidR="004F2784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jc w:val="center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Полилог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устные монологические высказывания на основе жизненных наблюдений;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чтения научно-учебной;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художественной и научно-популярной литературы.; 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https://resh.edu.ru/subject/lesson/7653/conspect/312212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6840" w:h="11900"/>
          <w:pgMar w:top="282" w:right="640" w:bottom="49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04"/>
        <w:gridCol w:w="3758"/>
        <w:gridCol w:w="1116"/>
        <w:gridCol w:w="3700"/>
      </w:tblGrid>
      <w:tr w:rsidR="004F2784">
        <w:trPr>
          <w:trHeight w:hRule="exact" w:val="31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Речь как деятельность.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Устно пересказывать прочитанный или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прослушанный текст;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том числе с изменением лица рассказчика.;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Участвовать в диалоге на лингвистические темы (в рамках изученного) и диалоге/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полилоге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 основе жизненных наблюдений.;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приёмы различных видов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аудирования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чтения.;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Устно и письменно формулировать тему и главную мысль прослушанного и прочитанного текста;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вопросы по содержанию текста и отвечать на них.; Анализировать содержание исходного текста;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подробно и сжато передавать его в письменной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форме.;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https://resh.edu.ru/subject/lesson/7621/conspect/306307/</w:t>
            </w:r>
          </w:p>
        </w:tc>
      </w:tr>
      <w:tr w:rsidR="004F2784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4. ТЕКСТ</w:t>
            </w:r>
          </w:p>
        </w:tc>
      </w:tr>
      <w:tr w:rsidR="004F2784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 и его основные признаки.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основные признаки текста;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Членить текст на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композиционносмысловые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части (абзацы);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https://resh.edu.ru/subject/lesson/7624/</w:t>
            </w:r>
          </w:p>
        </w:tc>
      </w:tr>
      <w:tr w:rsidR="004F2784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Композиционная структура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основные признаки текста;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Членить текст на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композиционносмысловые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части (абзацы);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https://resh.edu.ru/subject/lesson/7624/</w:t>
            </w:r>
          </w:p>
        </w:tc>
      </w:tr>
      <w:tr w:rsidR="004F2784">
        <w:trPr>
          <w:trHeight w:hRule="exact" w:val="488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Функциональносмысловые типы речи.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средства связи предложений и частей текста (формы слова, однокоренные слова,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синонимы, антонимы, личные местоимения, повтор слова); применять эти знания при создании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собственного текста (устного и письменного);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характеризовать текст с точки зрения его соответствия основным признакам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взаимосвязь описанных в тексте событий, явлений, процессов;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тексты, опираясь на знание основных признаков текста, особенностей функционально-смысловых типов речи, функциональных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разновидностей языка (в рамках изученного);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тексты функционально-смыслового типа речи (повествование) с опорой на жизненный и читательский опыт; тексты с опорой на сюжетную картину;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Восстанавливать деформированный текст,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корректировать восстановленный текст с опорой на образец;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https://resh.edu.ru/subject/lesson/7660/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6840" w:h="11900"/>
          <w:pgMar w:top="284" w:right="640" w:bottom="53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04"/>
        <w:gridCol w:w="3758"/>
        <w:gridCol w:w="1116"/>
        <w:gridCol w:w="3700"/>
      </w:tblGrid>
      <w:tr w:rsidR="004F2784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Повествование как тип речи. Рассказ.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характеризовать текст с точки зрения его соответствия основным признакам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взаимосвязь описанных в тексте событий, явлений, процессов;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тексты, опираясь на знание основных признаков текста, особенностей функционально-смысловых типов речи, функциональных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разновидностей языка (в рамках изученного);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тексты функционально-смыслового типа речи (повествование) с опорой на жизненный и читательский опыт; тексты с опорой на сюжетную картину;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Восстанавливать деформированный текст,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корректировать восстановленный текст с опорой на образец;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https://resh.edu.ru/subject/lesson/7660/</w:t>
            </w:r>
          </w:p>
        </w:tc>
      </w:tr>
      <w:tr w:rsidR="004F278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Смысловой анализ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тексты функционально-смыслового типа речи (повествование) с опорой на жизненный и читательский опыт; тексты с опорой на сюжетную картину;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https://resh.edu.ru/subject/lesson/7660/</w:t>
            </w:r>
          </w:p>
        </w:tc>
      </w:tr>
      <w:tr w:rsidR="004F2784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Информационная переработка текста. Редактирование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Редактировать собственные/созданные другими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обучающимися тексты с целью совершенствования их содержания: оценивать достоверность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фактического материала, анализировать текст с точки зрения целостности, связности, информативности; Сопоставлять исходный и отредактированный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тексты;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Корректировать исходный текст с опорой на знание норм современного русского литературного языка (в пределах изученного);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https://resh.edu.ru/subject/lesson/7660/</w:t>
            </w:r>
          </w:p>
        </w:tc>
      </w:tr>
      <w:tr w:rsidR="004F2784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5. ФУНКЦИОНАЛЬНЫЕ  РАЗНОВИДНОСТИ  ЯЗЫКА</w:t>
            </w:r>
          </w:p>
        </w:tc>
      </w:tr>
      <w:tr w:rsidR="004F278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тексты, принадлежащие к разным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функциональным разновидностям языка: определять сферу использования и соотносить её с той или иной разновидностью языка;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https://multiurok.ru/files/urok-po-razvitiiu-rechifunktsionalnye-raznovidnos.html</w:t>
            </w:r>
          </w:p>
        </w:tc>
      </w:tr>
      <w:tr w:rsidR="004F2784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33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6. СИСТЕМА ЯЗЫКА 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6840" w:h="11900"/>
          <w:pgMar w:top="284" w:right="640" w:bottom="109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04"/>
        <w:gridCol w:w="3758"/>
        <w:gridCol w:w="1116"/>
        <w:gridCol w:w="3700"/>
      </w:tblGrid>
      <w:tr w:rsidR="004F2784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Фонетика. Графика. Орфоэпия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смыслоразличительную функцию звука речи в слове; приводить примеры.;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звуки речи по заданным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характеристикам. Определять звуковой состав слова.</w:t>
            </w:r>
          </w:p>
          <w:p w:rsidR="004F2784" w:rsidRPr="00A817F3" w:rsidRDefault="00032996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звуки по заданным признакам.</w:t>
            </w:r>
          </w:p>
          <w:p w:rsidR="004F2784" w:rsidRPr="00A817F3" w:rsidRDefault="00032996">
            <w:pPr>
              <w:autoSpaceDE w:val="0"/>
              <w:autoSpaceDN w:val="0"/>
              <w:spacing w:before="20" w:after="0" w:line="252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ударные и безударные гласные;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звонкие и глухие;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твёрдые и мягкие согласные. Объяснять с помощью элементов транскрипции особенности произношения и написания слов;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https://resh.edu.ru/subject/lesson/384/</w:t>
            </w:r>
          </w:p>
        </w:tc>
      </w:tr>
      <w:tr w:rsidR="004F2784">
        <w:trPr>
          <w:trHeight w:hRule="exact" w:val="30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Орфография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смыслоразличительную функцию звука речи в слове; приводить примеры.;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звуки речи по заданным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характеристикам. Определять звуковой состав слова.</w:t>
            </w:r>
          </w:p>
          <w:p w:rsidR="004F2784" w:rsidRPr="00A817F3" w:rsidRDefault="00032996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звуки по заданным признакам.</w:t>
            </w:r>
          </w:p>
          <w:p w:rsidR="004F2784" w:rsidRPr="00A817F3" w:rsidRDefault="00032996">
            <w:pPr>
              <w:autoSpaceDE w:val="0"/>
              <w:autoSpaceDN w:val="0"/>
              <w:spacing w:before="18" w:after="0" w:line="254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ударные и безударные гласные;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звонкие и глухие;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твёрдые и мягкие согласные. Объяснять с помощью элементов транскрипции особенности произношения и написания слов. Сравнивать звуковой и буквенный составы слова. Членить слова на слоги и правильно переносить слова со строки на строку. Определять место ударного слога;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за перемещением ударения при изменении формы слова.;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ttps://resh.edu.ru/subject/lesson/384/</w:t>
            </w:r>
          </w:p>
        </w:tc>
      </w:tr>
      <w:tr w:rsidR="004F2784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Лексикология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лексическое значение слова разными способами (подбор однокоренных слов; подбор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синонимов и антонимов; определение значения слова по контексту;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помощью толкового словаря). Распознавать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однозначные и многозначные слова;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различать прямое и переносное значения слова.</w:t>
            </w:r>
          </w:p>
          <w:p w:rsidR="004F2784" w:rsidRDefault="00032996">
            <w:pPr>
              <w:autoSpaceDE w:val="0"/>
              <w:autoSpaceDN w:val="0"/>
              <w:spacing w:before="18" w:after="0" w:line="250" w:lineRule="auto"/>
              <w:ind w:left="72" w:right="144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прямое и переносное значения слова по заданному признаку.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Распознавать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синонимы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антонимы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https://resh.edu.ru/subject/lesson/577/</w:t>
            </w:r>
          </w:p>
        </w:tc>
      </w:tr>
      <w:tr w:rsidR="004F2784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Морфемика. Орфография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морфему как минимальную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значимую единицу языка. Распознавать морфемы в слове (корень;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приставку; суффикс; окончание);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выделять основу слова. Определять чередование звуков в морфемах (в том числе чередование гласных с нулём звука). Проводить морфемный анализ слов.</w:t>
            </w:r>
          </w:p>
          <w:p w:rsidR="004F2784" w:rsidRDefault="00032996">
            <w:pPr>
              <w:autoSpaceDE w:val="0"/>
              <w:autoSpaceDN w:val="0"/>
              <w:spacing w:before="20" w:after="0" w:line="252" w:lineRule="auto"/>
              <w:ind w:left="72" w:right="144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знания по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морфемике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при выполнении языкового анализа различных видов и в практике правописания слов с изученными орфограммами.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Уместно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использовать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с суффиксами оценки в собственной речи;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https://resh.edu.ru/subject/lesson/413/</w:t>
            </w:r>
          </w:p>
        </w:tc>
      </w:tr>
      <w:tr w:rsidR="004F2784">
        <w:trPr>
          <w:trHeight w:hRule="exact" w:val="32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6840" w:h="11900"/>
          <w:pgMar w:top="284" w:right="640" w:bottom="37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04"/>
        <w:gridCol w:w="3758"/>
        <w:gridCol w:w="1116"/>
        <w:gridCol w:w="3700"/>
      </w:tblGrid>
      <w:tr w:rsidR="004F2784" w:rsidRPr="00907DA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7. МОРФОЛОГИЯ. КУЛЬТУРА РЕЧИ. ОРФОГРАФИЯ</w:t>
            </w:r>
          </w:p>
        </w:tc>
      </w:tr>
      <w:tr w:rsidR="004F2784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Морфология как раздел лингвистики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Группировать слова разных частей речи по заданным признакам, находить основания для классификации;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ttps://resh.edu.ru/subject/lesson/2244/</w:t>
            </w:r>
          </w:p>
        </w:tc>
      </w:tr>
      <w:tr w:rsidR="004F2784">
        <w:trPr>
          <w:trHeight w:hRule="exact" w:val="56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Имя существительное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57" w:lineRule="auto"/>
              <w:ind w:left="72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грамматическое значение;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морфологические признаки и синтаксические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функции имени существительного. Объяснять роль имени существительного в речи. Определять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лексико-грамматические разряды имён существительных по значению;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имена существительные собственные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нарицательные;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имена существительные одушевлённые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неодушевлённые. Различать типы склонения имён существительных. Выявлять разносклоняемые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несклоняемые имена существительные. Определять род;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число; падеж;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тип склонения имён существительных. Группировать имена существительные по заданным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морфологическим признакам. Проводить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морфологический анализ имён существительных. Употреблять имена существительные в соответствии с нормами словоизменения;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произношения;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постановки в них ударения (в рамках изученного); употребления несклоняемых имён существительных; согласования прилагательного с существительным общего рода.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Применять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нормы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правописания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имён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существительных с изученными орфограммами;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https://resh.edu.ru/subject/lesson/7629/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04"/>
        <w:gridCol w:w="3758"/>
        <w:gridCol w:w="1116"/>
        <w:gridCol w:w="3700"/>
      </w:tblGrid>
      <w:tr w:rsidR="004F2784">
        <w:trPr>
          <w:trHeight w:hRule="exact" w:val="515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Имя прилагательное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грамматическое значение;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морфологические признаки и синтаксические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функции имени прилагательного. Характеризовать его роль в речи.;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Правильно склонять имена прилагательные.</w:t>
            </w:r>
          </w:p>
          <w:p w:rsidR="004F2784" w:rsidRPr="00A817F3" w:rsidRDefault="00032996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правописания безударных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окончаний имён прилагательных. Различать полную и краткую формы имён прилагательных. Применять правила правописания кратких форм имён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прилагательных с основой на шипящий.;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особенности использования имён прилагательных в изучаемых текстах. Проводить частичный морфологический анализ имён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прилагательных (в рамках изученного). Применять нормы словоизменения имён прилагательных; нормы согласования имён прилагательных с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существительными общего рода;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неизменяемыми именами существительными; нормы произношения;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постановки ударения (в рамках изученного).</w:t>
            </w:r>
          </w:p>
          <w:p w:rsidR="004F2784" w:rsidRPr="00A817F3" w:rsidRDefault="00032996">
            <w:pPr>
              <w:autoSpaceDE w:val="0"/>
              <w:autoSpaceDN w:val="0"/>
              <w:spacing w:before="20" w:after="0" w:line="252" w:lineRule="auto"/>
              <w:ind w:left="72" w:right="576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нормы правописания о — е после шипящих и ц в суффиксах и окончаниях имён прилагательных; правописания не с именами прилагательными.;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https://resh.edu.ru/subject/lesson/7629/</w:t>
            </w:r>
          </w:p>
        </w:tc>
      </w:tr>
      <w:tr w:rsidR="004F2784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Глагол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грамматическое значение;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морфологические признаки и синтаксические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функции глагола. Объяснять его роль в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словосочетании и предложении;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 также в речи. Различать глаголы совершенного и несовершенного вида;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возвратные и невозвратные. Применять правила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правописания -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тся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-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ться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глаголах; суффиксов -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ова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— -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ева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-;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ыва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— -ива-. Распознавать инфинитив и личные формы глагола;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соответствующие примеры. Называть грамматические свойства инфинитива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(неопределённой формы) глагола. Применять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использования ь как показателя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грамматической формы инфинитива. Определять основу инфинитива.;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https://resh.edu.ru/subject/lesson/7627/</w:t>
            </w:r>
          </w:p>
        </w:tc>
      </w:tr>
      <w:tr w:rsidR="004F2784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67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 w:rsidRPr="00907DA5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8. СИНТАКСИС. КУЛЬТУРА РЕЧИ. ПУНКТУАЦИЯ</w:t>
            </w:r>
          </w:p>
        </w:tc>
      </w:tr>
    </w:tbl>
    <w:p w:rsidR="004F2784" w:rsidRPr="00A817F3" w:rsidRDefault="004F2784">
      <w:pPr>
        <w:autoSpaceDE w:val="0"/>
        <w:autoSpaceDN w:val="0"/>
        <w:spacing w:after="0" w:line="14" w:lineRule="exact"/>
        <w:rPr>
          <w:lang w:val="ru-RU"/>
        </w:rPr>
      </w:pPr>
    </w:p>
    <w:p w:rsidR="004F2784" w:rsidRPr="00A817F3" w:rsidRDefault="004F2784">
      <w:pPr>
        <w:rPr>
          <w:lang w:val="ru-RU"/>
        </w:rPr>
        <w:sectPr w:rsidR="004F2784" w:rsidRPr="00A817F3">
          <w:pgSz w:w="16840" w:h="11900"/>
          <w:pgMar w:top="284" w:right="640" w:bottom="83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04"/>
        <w:gridCol w:w="3758"/>
        <w:gridCol w:w="1116"/>
        <w:gridCol w:w="3700"/>
      </w:tblGrid>
      <w:tr w:rsidR="004F2784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Синтаксис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пунктуация как разделы лингвистики. </w:t>
            </w:r>
          </w:p>
          <w:p w:rsidR="004F2784" w:rsidRDefault="00032996">
            <w:pPr>
              <w:autoSpaceDE w:val="0"/>
              <w:autoSpaceDN w:val="0"/>
              <w:spacing w:before="2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Словосочетание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единицы синтаксиса (словосочетание и предложение).;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функции знаков препинания.; Выделять словосочетания из предложения; распознавать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словосочетания по морфологическим свойствам главного слова (именные;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глагольные; наречные).;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средства связи слов в словосочетании.; Определять нарушения норм сочетания слов в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составе словосочетания.;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синтаксический анализ словосочетаний (в рамках изученного).;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https://resh.edu.ru/subject/lesson/575</w:t>
            </w:r>
          </w:p>
        </w:tc>
      </w:tr>
      <w:tr w:rsidR="004F2784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Простое двусоставное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главные (грамматическую основу) и второстепенные члены предложения;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основания для сравнения и сравнивать их.; Определять виды второстепенных членов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 и морфологические средства их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выражения (в рамках изученного).;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синтаксический анализ простых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двусоставных предложений.;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https://resh.edu.ru/subject/lesson/544</w:t>
            </w:r>
          </w:p>
        </w:tc>
      </w:tr>
      <w:tr w:rsidR="004F2784">
        <w:trPr>
          <w:trHeight w:hRule="exact" w:val="38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Простое осложнённое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 интонировать эти предложения; в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конструкциях с;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обобщающим словом при однородных членах.; Самостоятельно составлять схемы однородных членов в предложениях (по образцу).; Применять пунктуационные нормы постановки знаков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препинания в предложениях с;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однородными членами и обобщающим словом при них (в рамках изученного).;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в предложении обращение.;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отсутствие грамматической связи обращения с предложением (обращение;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 является членом предложения).; Правильно интонировать предложения с обращением.;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пунктуационного оформления обращения.;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синтаксический анализ простых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осложнённых предложений.;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 ject/lesson/1218/</w:t>
            </w:r>
          </w:p>
        </w:tc>
      </w:tr>
      <w:tr w:rsidR="004F2784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Сложное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простые и сложные предложения с точки зрения количества;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грамматических основ.;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 ject/lesson/36/</w:t>
            </w:r>
          </w:p>
        </w:tc>
      </w:tr>
      <w:tr w:rsidR="004F2784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8.5.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Предложения с прямой речью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предложения с прямой речью и сравнивать их с точки зрения позиции;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 автора в предложении и пунктуационного оформления этих предложений.;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 ject/lesson/38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6840" w:h="11900"/>
          <w:pgMar w:top="284" w:right="640" w:bottom="46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04"/>
        <w:gridCol w:w="3758"/>
        <w:gridCol w:w="1116"/>
        <w:gridCol w:w="3700"/>
      </w:tblGrid>
      <w:tr w:rsidR="004F2784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8.6.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Диалог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Моделировать диалоги на лингвистические темы (в рамках изученного) и темы на основе жизненных наблюдений;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диалоги в художественных текстах с точки зрения пунктуационного оформления;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выводы о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пунктуационном оформлении диалога;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правила оформления диалога на письме;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 ject/lesson/38</w:t>
            </w:r>
          </w:p>
        </w:tc>
      </w:tr>
      <w:tr w:rsidR="004F2784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9. ПОВТОРЕНИЕ </w:t>
            </w:r>
          </w:p>
        </w:tc>
      </w:tr>
      <w:tr w:rsidR="004F2784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Повторение пройденного материала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 ject/lesson/7705/cons pect/307206</w:t>
            </w:r>
          </w:p>
        </w:tc>
      </w:tr>
      <w:tr w:rsidR="004F2784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10. ИТОГОВЫЙ КОНТРОЛЬ</w:t>
            </w:r>
          </w:p>
        </w:tc>
      </w:tr>
      <w:tr w:rsidR="004F2784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Сочинения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написание сочинений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Изложения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написание изложений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 w:rsidRPr="00907DA5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Контрольные и проверочные работы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контрольные работы и их анализ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4F2784">
            <w:pPr>
              <w:rPr>
                <w:lang w:val="ru-RU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4F2784">
            <w:pPr>
              <w:rPr>
                <w:lang w:val="ru-RU"/>
              </w:rPr>
            </w:pPr>
          </w:p>
        </w:tc>
      </w:tr>
      <w:tr w:rsidR="004F2784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522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93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78" w:line="220" w:lineRule="exact"/>
      </w:pPr>
    </w:p>
    <w:p w:rsidR="004F2784" w:rsidRDefault="00032996">
      <w:pPr>
        <w:autoSpaceDE w:val="0"/>
        <w:autoSpaceDN w:val="0"/>
        <w:spacing w:after="314" w:line="230" w:lineRule="auto"/>
      </w:pPr>
      <w:r>
        <w:rPr>
          <w:rFonts w:ascii="Times New Roman" w:eastAsia="Times New Roman" w:hAnsi="Times New Roman"/>
          <w:b/>
          <w:color w:val="000000"/>
          <w:w w:val="97"/>
          <w:sz w:val="24"/>
        </w:rPr>
        <w:t xml:space="preserve">ПОУРОЧНОЕ ПЛАНИРОВАНИЕ 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482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>п/п</w:t>
            </w:r>
          </w:p>
        </w:tc>
        <w:tc>
          <w:tcPr>
            <w:tcW w:w="3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>Тема урока</w:t>
            </w:r>
          </w:p>
        </w:tc>
        <w:tc>
          <w:tcPr>
            <w:tcW w:w="39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>Количество часов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>изучения</w:t>
            </w:r>
          </w:p>
        </w:tc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>контроля</w:t>
            </w:r>
          </w:p>
        </w:tc>
      </w:tr>
      <w:tr w:rsidR="004F2784">
        <w:trPr>
          <w:trHeight w:hRule="exact" w:val="81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4" w:rsidRDefault="004F2784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4" w:rsidRDefault="004F2784"/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 xml:space="preserve">всего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>контрольные работы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</w:rPr>
              <w:t>практические работы</w:t>
            </w: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4" w:rsidRDefault="004F2784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4" w:rsidRDefault="004F2784"/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245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83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Лингвистика как наука о языке. Язык как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знаковаясистема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средство человеческого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общения. Основные единицы языка и речи: звук,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морфема,слово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словосочетание, предложение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Повторение изученного в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начальной школе. Орфография.</w:t>
            </w:r>
          </w:p>
          <w:p w:rsidR="004F2784" w:rsidRPr="00A817F3" w:rsidRDefault="00032996">
            <w:pPr>
              <w:autoSpaceDE w:val="0"/>
              <w:autoSpaceDN w:val="0"/>
              <w:spacing w:before="68" w:after="0" w:line="262" w:lineRule="auto"/>
              <w:ind w:left="70" w:right="72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гласных и согласных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вкорне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17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8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Повторение изученного в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начальной школе. Орфография. Правописание разделительного мягкого (ь) и разделительного твёрдого (ъ) знаков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144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Повторение изученного в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начальной школе.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Состав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слова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Повторение изученного в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начальной школе. Морфология. Самостоятельные и служебные части речи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Повторение изученного в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начальной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школе.Синтаксис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48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Речь устная и письменная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48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Монолог. Диалог. Полилог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Речевые формулы приветствия,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прощания,просьбы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благодарности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</w:tr>
      <w:tr w:rsidR="004F2784">
        <w:trPr>
          <w:trHeight w:hRule="exact" w:val="112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Виды речевой деятельности (говорение,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слушание,чтение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, письмо), их особенности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98" w:right="556" w:bottom="748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Виды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аудирования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: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выборочное,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ознакомительное,детальное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Виды чтения: изучающее,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ознакомительное,просмотровое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, поисковое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Понятие о тексте. Тема, главная мысль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текста.Микротемы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текста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Композиционная структура текста. Абзац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/>
              <w:ind w:left="70"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Функционально-смысловые типы речи: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описание,повествование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рассуждение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288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Повествование как тип речи. Рассказ.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Практикум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20.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Сочинение по сюжетной картине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21.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Смысловой анализ текста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22.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Смысловой анализ текста. Практикум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23.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Информационная переработка текста: простой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исложный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план текста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24.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Изложение и его виды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25.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11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Функциональные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разновидности языка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26.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62" w:lineRule="auto"/>
              <w:ind w:left="70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Изложение. Проверочная работа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79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27.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Редактирование текста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65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17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28.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Фонетика и графика как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разделы лингвистики.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Звуккак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единица языка.</w:t>
            </w:r>
          </w:p>
          <w:p w:rsidR="004F2784" w:rsidRDefault="00032996">
            <w:pPr>
              <w:autoSpaceDE w:val="0"/>
              <w:autoSpaceDN w:val="0"/>
              <w:spacing w:before="70" w:after="0" w:line="262" w:lineRule="auto"/>
              <w:ind w:left="70" w:right="144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Смыслоразличительная роль звука.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Система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гласных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звуков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29.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576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Система согласных звуков.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Основныевыразительные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средства фонетики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30.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576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Слог. Ударение. Свойства русского ударения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31.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71" w:lineRule="auto"/>
              <w:ind w:left="70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Изменение звуков в речевом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потоке.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Элементыфонетической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транскрипции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7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32.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Соотношение звуков и букв. Прописные и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строчныебуквы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.</w:t>
            </w:r>
          </w:p>
          <w:p w:rsidR="004F2784" w:rsidRPr="00A817F3" w:rsidRDefault="00032996">
            <w:pPr>
              <w:autoSpaceDE w:val="0"/>
              <w:autoSpaceDN w:val="0"/>
              <w:spacing w:before="68" w:after="0" w:line="262" w:lineRule="auto"/>
              <w:ind w:left="70" w:right="576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Способы обозначения [й’], мягкости согласных.</w:t>
            </w:r>
          </w:p>
          <w:p w:rsidR="004F2784" w:rsidRDefault="00032996">
            <w:pPr>
              <w:autoSpaceDE w:val="0"/>
              <w:autoSpaceDN w:val="0"/>
              <w:spacing w:before="68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Фонетический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анализ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слова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212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33.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8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Орфоэпия как раздел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лингвистики. Основные орфоэпические нормы.</w:t>
            </w:r>
          </w:p>
          <w:p w:rsidR="004F2784" w:rsidRPr="00A817F3" w:rsidRDefault="00032996">
            <w:pPr>
              <w:autoSpaceDE w:val="0"/>
              <w:autoSpaceDN w:val="0"/>
              <w:spacing w:before="70" w:after="0" w:line="271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Интонация, её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функции.Основные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элементы интонации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34.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576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Орфография. Орфограмма. Буквенные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инебуквенные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орфограммы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35.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Правописание разделительных Ъ и Ь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36.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Повторение тем "Фонетика, графика,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орфоэпия","Орфография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".</w:t>
            </w:r>
          </w:p>
          <w:p w:rsidR="004F2784" w:rsidRDefault="00032996">
            <w:pPr>
              <w:autoSpaceDE w:val="0"/>
              <w:autoSpaceDN w:val="0"/>
              <w:spacing w:before="68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Проверочная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работа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37.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72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Лексикология как раздел лингвистики.</w:t>
            </w:r>
          </w:p>
          <w:p w:rsidR="004F2784" w:rsidRPr="00A817F3" w:rsidRDefault="00032996">
            <w:pPr>
              <w:autoSpaceDE w:val="0"/>
              <w:autoSpaceDN w:val="0"/>
              <w:spacing w:before="68" w:after="0" w:line="230" w:lineRule="auto"/>
              <w:ind w:left="70"/>
              <w:rPr>
                <w:lang w:val="ru-RU"/>
              </w:rPr>
            </w:pP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Лексическоезначение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слова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38.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Основные способы толкования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лексическогозначения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слова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88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39.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115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Слова однозначные и многозначные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582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40.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Прямое и переносное значения слова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41.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Тематические группы слов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42.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8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Обозначение родовых и видовых понятий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48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43.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Синонимы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48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44.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Антонимы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48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45.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Омонимы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48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46.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Паронимы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47.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Разные виды лексических словарей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48.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Строение словарной статьи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49.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Лексический анализ слова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50.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Сочинение. Рассказ о событии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51.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4" w:after="0" w:line="262" w:lineRule="auto"/>
              <w:ind w:right="144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Повторение темы "Лексикология ".</w:t>
            </w:r>
          </w:p>
          <w:p w:rsidR="004F2784" w:rsidRDefault="00032996">
            <w:pPr>
              <w:autoSpaceDE w:val="0"/>
              <w:autoSpaceDN w:val="0"/>
              <w:spacing w:before="70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Проверочнаяработа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4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4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46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4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52.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4" w:after="0"/>
              <w:ind w:left="70"/>
              <w:rPr>
                <w:lang w:val="ru-RU"/>
              </w:rPr>
            </w:pP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Морфемика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как раздел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лингвистики. Морфема как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минимальная значимая единица языка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4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53.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Основа слова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54.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Виды морфем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55.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Чередование звуков в морфемах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56.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Морфемный анализ слова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57.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корней с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безударными проверяемыми и непроверяемыми гласными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83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146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58.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корней с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проверяемыми,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непроверяемыми,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непроизносимыми согласными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59.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8" w:after="0" w:line="262" w:lineRule="auto"/>
              <w:ind w:left="70" w:right="72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Правописание неизменяемых на письме приставок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48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30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Повторение темы "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Морфемика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.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Орфография".Проверочная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работа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245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83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Морфология как раздел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лингвистики. Грамматическое значение слова, его отличие от лексического. Части речи как грамматические разряды слов. Система частей речи в русском языке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71" w:lineRule="auto"/>
              <w:ind w:left="70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Имя существительное как часть речи.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именисуществительного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речи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Сочинение-фантазия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(например, современная сказка)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245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8" w:after="0" w:line="283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Лексико-грамматические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разряды имён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существительных: имена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существительные собственные и нарицательные,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одушевленные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неодушевленные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Правописание собственных имён существительных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11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70.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Род, число, падеж имени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существительного (повторение изученного в начальной школе)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55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71.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Имена существительные общего рода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72.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Имена существительные,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имеющие форму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толькоединственного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или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только множественного числа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73.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Сжатое изложение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74.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Типы склонения имён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существительных (повторение изученного в начальной школе)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75.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ь на конце имён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существительныхпосле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шипящих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76.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8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Разносклоняемые имена существительные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77.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71" w:lineRule="auto"/>
              <w:ind w:left="70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Правописание безударных окончаний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имёнсуществительных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78.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Имена существительные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склоняемые инесклоняемые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79.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8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Род несклоняемых имён существительных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80.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Морфологический анализ имён существительных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81.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/>
              <w:ind w:left="70" w:right="72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Нормы словоизменения, произношения имён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существительных, нормы постановки ударения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82.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576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О и Е после шипящих и Ц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вокончаниях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имёнсуществительных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83.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О и Е (Ё) после шипящих и Ц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всуффиксах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имён существительных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2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84.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576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Правописание суффиксов -ЧИК-/- ЩИК-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именсуществительных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79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85.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суффиксов -ЕК-/- ИК-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именсуществительных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364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86.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Слитное и раздельное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написание НЕ с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именамисуществительными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87.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корней с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чередованием А // О: -ЛАГ-/-ЛОЖ-; -РАСТ- / -РАЩ- / -РОС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88.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корней с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чередованием А // О: -ГАР-/-ГОР-, - ЗАР- / -ЗОР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89.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корней с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чередованием А // О: -КЛАН-/ -КЛОН-, -СКАК-/-СКОЧ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90.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71" w:lineRule="auto"/>
              <w:ind w:left="70" w:right="576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Повторение по теме "Имя существительное". </w:t>
            </w:r>
            <w:r w:rsidRPr="00A817F3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Проверочная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работа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Контрольная работа;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91.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71" w:lineRule="auto"/>
              <w:ind w:left="70" w:right="144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Имя прилагательное как часть речи.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имениприлагательного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речи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92.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Выборочное изложение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(функционально-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смысловойтип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речи описание, фрагмент из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художественного текста)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93.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/>
              <w:ind w:left="70" w:right="72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Склонение имён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прилагательных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(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повторениеизученного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94.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71" w:lineRule="auto"/>
              <w:ind w:left="70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Правописание безударных окончаний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имёнприлагательных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95.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Имена прилагательные полные и краткие,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ихсинтаксические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функции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96.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Правописание кратких форм имён прилагательных сосновой на шипящий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92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97.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Морфологический анализ имён прилагательных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79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98.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Подробное изложение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66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99.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Нормы произношения имен прилагательных,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нормыпостановки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ударения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100.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0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Нормы словоизменения имен прилагательных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101.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Буквы О и Е после шипящих и Ц в окончаниях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имёнприлагательных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102.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Буквы О и Е после шипящих и Ц в суффиксах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имёнприлагательных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7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103.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8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О и Е (Ё) после шипящих и Ц в суффиксах и окончаниях имён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существительных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иприлагательных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104.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564" w:right="576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104. Слитное и раздельное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написание НЕ с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именамиприлагательными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105.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105. Сочинение-описание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106.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71" w:lineRule="auto"/>
              <w:ind w:left="564" w:right="144" w:hanging="564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106. Повторение по теме "Имя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прилагательное".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Проверочная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работа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Контрольная работа;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107.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8" w:after="0" w:line="271" w:lineRule="auto"/>
              <w:ind w:left="564" w:right="432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107. Глагол как часть речи. Роль глагола в словосочетании и предложении, в речи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212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108.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564"/>
              </w:tabs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108. Инфинитив и его </w:t>
            </w:r>
            <w:r w:rsidRPr="00A817F3">
              <w:rPr>
                <w:lang w:val="ru-RU"/>
              </w:rPr>
              <w:br/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грамматические свойства.</w:t>
            </w:r>
          </w:p>
          <w:p w:rsidR="004F2784" w:rsidRPr="00A817F3" w:rsidRDefault="00032996">
            <w:pPr>
              <w:autoSpaceDE w:val="0"/>
              <w:autoSpaceDN w:val="0"/>
              <w:spacing w:before="70" w:after="0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Основа инфинитива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(прошедшего времени), основа настоящего (будущего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простого) времени глагола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9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109.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72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109. Глаголы совершенного и </w:t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несовершенного вида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110.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564" w:right="720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110. Глаголы совершенного и несовершенного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вида(практикум)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79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111.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100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111. Глаголы возвратные и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невозвратные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512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112.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Правописание -ТСЯ и -ТЬСЯ в глаголах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113.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564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113. Правописание суффиксов -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ОВА- / - ЕВА-, -ЫВА-/ -ИВА- в глаголах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114.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71" w:lineRule="auto"/>
              <w:ind w:left="564" w:right="144" w:hanging="564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114. Правописание суффиксов -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ОВА- / - ЕВА-, -ЫВА-/-ИВА- в глаголах.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Практикум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146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115.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/>
              <w:ind w:left="564" w:right="432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115. Изменение глаголов по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временам.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Настоящеевремя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: значение, образование,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употребление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116.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Прошедшее время: значение,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образование,употребление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117.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576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117. Будущее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время:значение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, </w:t>
            </w:r>
            <w:r w:rsidRPr="00A817F3">
              <w:rPr>
                <w:lang w:val="ru-RU"/>
              </w:rPr>
              <w:tab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образование,употребление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118.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/>
              <w:ind w:left="564" w:right="432" w:hanging="564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118. Функционально-смысловые типы речи: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описание,повествование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, рассуждение.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Практикум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119.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Изменение глаголов по лицам и числам. Типы спряжения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глагола (повторение).</w:t>
            </w:r>
          </w:p>
          <w:p w:rsidR="004F2784" w:rsidRPr="00A817F3" w:rsidRDefault="00032996">
            <w:pPr>
              <w:autoSpaceDE w:val="0"/>
              <w:autoSpaceDN w:val="0"/>
              <w:spacing w:before="70" w:after="0" w:line="230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Разноспрягаемые глаголы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71" w:lineRule="auto"/>
              <w:ind w:left="70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Изменение глаголов по лицам и числам.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Типыспряжения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глагола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. Практикум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tabs>
                <w:tab w:val="left" w:pos="564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121. Правописание безударных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личных окончанийглаголов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122. Правописание безударных </w:t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личных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окончанийглаголов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.</w:t>
            </w:r>
          </w:p>
          <w:p w:rsidR="004F2784" w:rsidRPr="00A817F3" w:rsidRDefault="00032996">
            <w:pPr>
              <w:autoSpaceDE w:val="0"/>
              <w:autoSpaceDN w:val="0"/>
              <w:spacing w:before="68" w:after="0" w:line="230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Практикум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90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Изложение содержание текста с изменением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лицарассказчика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124. Морфологический анализ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глагола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79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Средства связи предложений и частей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текста.Практикум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76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Ь в инфинитиве, в форме 2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лицаединственного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числа после шипящих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Правописание Ь в инфинитиве, в форме 2 лица единственного числа после шипящих.</w:t>
            </w:r>
          </w:p>
          <w:p w:rsidR="004F2784" w:rsidRDefault="00032996">
            <w:pPr>
              <w:autoSpaceDE w:val="0"/>
              <w:autoSpaceDN w:val="0"/>
              <w:spacing w:before="70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Практикум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128. Сочинение-повествование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129.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гласной перед суффиксом -Л-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вформах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прошедшего времени глагола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130.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Правописание гласной перед суффиксом -Л- в формах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прошедшего времени глагола.</w:t>
            </w:r>
          </w:p>
          <w:p w:rsidR="004F2784" w:rsidRDefault="00032996">
            <w:pPr>
              <w:autoSpaceDE w:val="0"/>
              <w:autoSpaceDN w:val="0"/>
              <w:spacing w:before="68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Практикум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131.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576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131. Слитное и раздельное </w:t>
            </w:r>
            <w:r w:rsidRPr="00A817F3">
              <w:rPr>
                <w:lang w:val="ru-RU"/>
              </w:rPr>
              <w:br/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написание НЕ с глаголами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132.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152"/>
              </w:tabs>
              <w:autoSpaceDE w:val="0"/>
              <w:autoSpaceDN w:val="0"/>
              <w:spacing w:before="96" w:after="0" w:line="262" w:lineRule="auto"/>
              <w:ind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Нормы постановки ударения в </w:t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глагольных формах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133.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8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133. Нормы словоизменения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глаголов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134.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8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134. Правописание корней с </w:t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чередованием Е // 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135.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135. Правописание корней с </w:t>
            </w:r>
            <w:r w:rsidRPr="00A817F3">
              <w:rPr>
                <w:lang w:val="ru-RU"/>
              </w:rPr>
              <w:br/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чередованием Е //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И.Практикум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0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136.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152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Повторение по теме "Глагол". </w:t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Проверочная работа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Контрольная работа;</w:t>
            </w:r>
          </w:p>
        </w:tc>
      </w:tr>
      <w:tr w:rsidR="004F2784">
        <w:trPr>
          <w:trHeight w:hRule="exact" w:val="189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137.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Синтаксис и пунктуация как разделы лингвистики.</w:t>
            </w:r>
          </w:p>
          <w:p w:rsidR="004F2784" w:rsidRPr="00A817F3" w:rsidRDefault="00032996">
            <w:pPr>
              <w:autoSpaceDE w:val="0"/>
              <w:autoSpaceDN w:val="0"/>
              <w:spacing w:before="68" w:after="0" w:line="271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Словосочетание и предложение как единицы синтаксиса. Знаки препинания и их функции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243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138.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83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Словосочетание и его признаки. Основные виды словосочетаний по морфологическим свойствам главного слова (именные,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глагольные,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наречные).Средства связи слов в словосочетании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508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139.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8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139. Синтаксический анализ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словосочетаний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212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140.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33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Предложение и его признаки.</w:t>
            </w:r>
          </w:p>
          <w:p w:rsidR="004F2784" w:rsidRPr="00A817F3" w:rsidRDefault="00032996">
            <w:pPr>
              <w:autoSpaceDE w:val="0"/>
              <w:autoSpaceDN w:val="0"/>
              <w:spacing w:before="68" w:after="0" w:line="281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Виды предложений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поцели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высказывания: смысловые и интонационные особенности, знаки препинания в конце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предложения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7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141.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81" w:lineRule="auto"/>
              <w:ind w:left="564" w:right="144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141. Виды предложений по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эмоциональной окраске: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смысловые и интонационные особенности,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знакипрепинания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в конце предложения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142.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Главные члены предложения (грамматическая основа).</w:t>
            </w:r>
          </w:p>
          <w:p w:rsidR="004F2784" w:rsidRDefault="00032996">
            <w:pPr>
              <w:autoSpaceDE w:val="0"/>
              <w:autoSpaceDN w:val="0"/>
              <w:spacing w:before="70" w:after="0" w:line="262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Подлежащее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морфологические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средстваего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выражения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143.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288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Главные члены предложения (грамматическая основа).</w:t>
            </w:r>
          </w:p>
          <w:p w:rsidR="004F2784" w:rsidRDefault="00032996">
            <w:pPr>
              <w:autoSpaceDE w:val="0"/>
              <w:autoSpaceDN w:val="0"/>
              <w:spacing w:before="68" w:after="0" w:line="262" w:lineRule="auto"/>
              <w:ind w:left="70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Сказуемое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морфологические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средства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еговыражения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144.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144. Тире между подлежащим и </w:t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сказуемым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7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145.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81" w:lineRule="auto"/>
              <w:ind w:left="564" w:right="864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145. Предложения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распространённые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нераспространённые. Второстепенные члены предложения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80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146.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81" w:lineRule="auto"/>
              <w:ind w:left="564" w:right="288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146. Второстепенные члены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предложения.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Определениеи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типичные средства его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выражения (в рамках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изученного)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46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147.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8" w:after="0"/>
              <w:ind w:left="564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147. Дополнение (прямое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косвенное) и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типичныесредства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его выражения (в рамках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изученного)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45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148.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/>
              <w:ind w:left="564" w:right="432" w:hanging="564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148. Обстоятельство и типичные средства его выражения (в рамках изученного).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обстоятельств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значению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618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149.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149. Сжатое изложение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150.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71" w:lineRule="auto"/>
              <w:ind w:left="564" w:right="576" w:hanging="5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150. Синтаксический анализ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простых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двусоставныхпредложений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3444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151.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86" w:lineRule="auto"/>
              <w:ind w:left="564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151. Простое осложненное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предложение. Однородные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члены предложения, их роль в речи. Предложения с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однородными членами (без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союзов, с одиночным союзом И, союзами А, НО, ОДНАКО,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ЗАТО, ДА (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взначении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И), ДА (в значении НО)) и их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пунктуационное оформление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245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152.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83" w:lineRule="auto"/>
              <w:ind w:left="70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Предложения с однородными членами (без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союзов,с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одиночным союзом И, союзами А, НО, ОДНАКО, ЗАТО, ДА (в значении И), ДА (в значении НО)) и их пунктуационное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оформление.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Практикум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153.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Предложения с обобщающим словом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приоднородных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членах и их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пунктуационноеоформление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154.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154. Сочинение по картине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95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155.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30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Предложения с обращениями.</w:t>
            </w:r>
          </w:p>
          <w:p w:rsidR="004F2784" w:rsidRDefault="00032996">
            <w:pPr>
              <w:autoSpaceDE w:val="0"/>
              <w:autoSpaceDN w:val="0"/>
              <w:spacing w:before="70" w:after="0"/>
              <w:ind w:left="70" w:right="144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Обращение (однословное и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неоднословное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) и средства его выражения.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Пунктуационное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оформление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обращения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156.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71" w:lineRule="auto"/>
              <w:ind w:left="564" w:right="576" w:hanging="5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156. Синтаксический анализ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простых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осложнённыхпредложений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157.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71" w:lineRule="auto"/>
              <w:ind w:left="564" w:right="576" w:hanging="5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157. Пунктуационный анализ простых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осложнённыхпредложений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948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146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158.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/>
              <w:ind w:left="564" w:right="288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158. Предложения простые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сложные. Сложные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предложения с бессоюзной и союзной связью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80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159.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8" w:after="0" w:line="281" w:lineRule="auto"/>
              <w:ind w:left="564" w:right="432" w:hanging="56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159. Предложения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сложносочинённые и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сложноподчинённые (общее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представление,практическое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усвоение)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212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160.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83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Пунктуационное оформление сложных предложений,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состоящих из частей,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связанныхбессоюзной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связью и союзами И, НО, А, ОДНАКО, ЗАТО, ДА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212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161.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81" w:lineRule="auto"/>
              <w:ind w:left="70"/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Пунктуационное оформление сложных предложений,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состоящих из частей, </w:t>
            </w:r>
            <w:r w:rsidRPr="00A817F3">
              <w:rPr>
                <w:lang w:val="ru-RU"/>
              </w:rPr>
              <w:br/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связанныхбессоюзной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связью и союзами И, НО, А, ОДНАКО, ЗАТО, ДА.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Практикум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162.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Предложения с прямой речью.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Пунктуационноеоформление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предложений с прямой речью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163.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163. Диалог. Пунктуационное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оформление диалога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Письменный контроль;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164.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71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Повторение темы "Синтаксис и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пунктуация".Проверочная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 </w:t>
            </w:r>
            <w:r w:rsidRPr="00A817F3">
              <w:rPr>
                <w:lang w:val="ru-RU"/>
              </w:rPr>
              <w:br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работ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Контрольная работа;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165.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165. Повторение изученного в 5 </w:t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классе. </w:t>
            </w: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Фонетика.Графика</w:t>
            </w:r>
            <w:proofErr w:type="spellEnd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.</w:t>
            </w:r>
          </w:p>
          <w:p w:rsidR="004F2784" w:rsidRDefault="00032996">
            <w:pPr>
              <w:autoSpaceDE w:val="0"/>
              <w:autoSpaceDN w:val="0"/>
              <w:spacing w:before="68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Орфография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. Орфоэпия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Практическая работа;</w:t>
            </w:r>
          </w:p>
        </w:tc>
      </w:tr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166.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right="432"/>
              <w:jc w:val="center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166. Повторение изученного в 5 классе. Лексикология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1142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167.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564"/>
              </w:tabs>
              <w:autoSpaceDE w:val="0"/>
              <w:autoSpaceDN w:val="0"/>
              <w:spacing w:before="100" w:after="0" w:line="262" w:lineRule="auto"/>
              <w:ind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167. Повторение изученного в 5 </w:t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классе.</w:t>
            </w:r>
          </w:p>
          <w:p w:rsidR="004F2784" w:rsidRPr="00A817F3" w:rsidRDefault="00032996">
            <w:pPr>
              <w:autoSpaceDE w:val="0"/>
              <w:autoSpaceDN w:val="0"/>
              <w:spacing w:before="70" w:after="0" w:line="230" w:lineRule="auto"/>
              <w:ind w:left="70"/>
              <w:rPr>
                <w:lang w:val="ru-RU"/>
              </w:rPr>
            </w:pP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Морфемика.Орфография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Тестирование;</w:t>
            </w:r>
          </w:p>
        </w:tc>
      </w:tr>
      <w:tr w:rsidR="004F2784">
        <w:trPr>
          <w:trHeight w:hRule="exact" w:val="11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168.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tabs>
                <w:tab w:val="left" w:pos="564"/>
              </w:tabs>
              <w:autoSpaceDE w:val="0"/>
              <w:autoSpaceDN w:val="0"/>
              <w:spacing w:before="96" w:after="0" w:line="262" w:lineRule="auto"/>
              <w:ind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 xml:space="preserve">168. Повторение изученного в 5 </w:t>
            </w:r>
            <w:r w:rsidRPr="00A817F3">
              <w:rPr>
                <w:lang w:val="ru-RU"/>
              </w:rPr>
              <w:tab/>
            </w: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классе.</w:t>
            </w:r>
          </w:p>
          <w:p w:rsidR="004F2784" w:rsidRPr="00A817F3" w:rsidRDefault="00032996">
            <w:pPr>
              <w:autoSpaceDE w:val="0"/>
              <w:autoSpaceDN w:val="0"/>
              <w:spacing w:before="70" w:after="0" w:line="230" w:lineRule="auto"/>
              <w:ind w:left="70"/>
              <w:rPr>
                <w:lang w:val="ru-RU"/>
              </w:rPr>
            </w:pPr>
            <w:proofErr w:type="spellStart"/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Морфология.Орфография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Зачет;</w:t>
            </w:r>
          </w:p>
        </w:tc>
      </w:tr>
      <w:tr w:rsidR="004F2784">
        <w:trPr>
          <w:trHeight w:hRule="exact" w:val="79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169.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Контрольная работа;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30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4"/>
        <w:gridCol w:w="3398"/>
        <w:gridCol w:w="716"/>
        <w:gridCol w:w="1586"/>
        <w:gridCol w:w="1634"/>
        <w:gridCol w:w="1140"/>
        <w:gridCol w:w="1612"/>
      </w:tblGrid>
      <w:tr w:rsidR="004F2784">
        <w:trPr>
          <w:trHeight w:hRule="exact" w:val="81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170.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432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Устное сочинение. Рассказ о событии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4F2784"/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опрос;</w:t>
            </w:r>
          </w:p>
        </w:tc>
      </w:tr>
      <w:tr w:rsidR="004F2784">
        <w:trPr>
          <w:trHeight w:hRule="exact" w:val="792"/>
        </w:trPr>
        <w:tc>
          <w:tcPr>
            <w:tcW w:w="3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Pr="00A817F3" w:rsidRDefault="00032996">
            <w:pPr>
              <w:autoSpaceDE w:val="0"/>
              <w:autoSpaceDN w:val="0"/>
              <w:spacing w:before="96" w:after="0" w:line="262" w:lineRule="auto"/>
              <w:ind w:left="70" w:right="144"/>
              <w:rPr>
                <w:lang w:val="ru-RU"/>
              </w:rPr>
            </w:pPr>
            <w:r w:rsidRPr="00A817F3">
              <w:rPr>
                <w:rFonts w:ascii="Times New Roman" w:eastAsia="Times New Roman" w:hAnsi="Times New Roman"/>
                <w:color w:val="000000"/>
                <w:w w:val="97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170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6</w:t>
            </w:r>
          </w:p>
        </w:tc>
        <w:tc>
          <w:tcPr>
            <w:tcW w:w="4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2784" w:rsidRDefault="00032996">
            <w:pPr>
              <w:autoSpaceDE w:val="0"/>
              <w:autoSpaceDN w:val="0"/>
              <w:spacing w:before="9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</w:rPr>
              <w:t>0</w:t>
            </w:r>
          </w:p>
        </w:tc>
      </w:tr>
    </w:tbl>
    <w:p w:rsidR="004F2784" w:rsidRDefault="004F2784">
      <w:pPr>
        <w:autoSpaceDE w:val="0"/>
        <w:autoSpaceDN w:val="0"/>
        <w:spacing w:after="0" w:line="14" w:lineRule="exact"/>
      </w:pPr>
    </w:p>
    <w:p w:rsidR="004F2784" w:rsidRDefault="004F2784">
      <w:pPr>
        <w:sectPr w:rsidR="004F2784">
          <w:pgSz w:w="11900" w:h="16840"/>
          <w:pgMar w:top="284" w:right="556" w:bottom="144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4F2784" w:rsidRDefault="004F2784">
      <w:pPr>
        <w:autoSpaceDE w:val="0"/>
        <w:autoSpaceDN w:val="0"/>
        <w:spacing w:after="78" w:line="220" w:lineRule="exact"/>
      </w:pPr>
    </w:p>
    <w:p w:rsidR="004F2784" w:rsidRDefault="00032996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4F2784" w:rsidRDefault="00032996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4F2784" w:rsidRPr="00A817F3" w:rsidRDefault="00032996">
      <w:pPr>
        <w:autoSpaceDE w:val="0"/>
        <w:autoSpaceDN w:val="0"/>
        <w:spacing w:before="166" w:after="0" w:line="271" w:lineRule="auto"/>
        <w:ind w:right="576"/>
        <w:rPr>
          <w:lang w:val="ru-RU"/>
        </w:rPr>
      </w:pP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Ладыженская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Т.А., Баранов М. Т.,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Тростенцова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Л.А. и другие. Русский язык (в 2 частях), 5 класс/ Акционерное общество «Издательство «Просвещение»;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4F2784" w:rsidRPr="00A817F3" w:rsidRDefault="00032996">
      <w:pPr>
        <w:autoSpaceDE w:val="0"/>
        <w:autoSpaceDN w:val="0"/>
        <w:spacing w:before="262"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4F2784" w:rsidRPr="00A817F3" w:rsidRDefault="00032996">
      <w:pPr>
        <w:autoSpaceDE w:val="0"/>
        <w:autoSpaceDN w:val="0"/>
        <w:spacing w:before="166" w:after="0" w:line="271" w:lineRule="auto"/>
        <w:ind w:right="4032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znayka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cc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wp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content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uploads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/2019/08/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Russkij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yazyk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.-5</w:t>
      </w:r>
      <w:r>
        <w:rPr>
          <w:rFonts w:ascii="Times New Roman" w:eastAsia="Times New Roman" w:hAnsi="Times New Roman"/>
          <w:color w:val="000000"/>
          <w:sz w:val="24"/>
        </w:rPr>
        <w:t>kl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Metodich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rekomend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._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Ladyzhenskaya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_2014-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144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pdf</w:t>
      </w:r>
    </w:p>
    <w:p w:rsidR="004F2784" w:rsidRPr="00A817F3" w:rsidRDefault="00032996">
      <w:pPr>
        <w:autoSpaceDE w:val="0"/>
        <w:autoSpaceDN w:val="0"/>
        <w:spacing w:before="264" w:after="0" w:line="230" w:lineRule="auto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4F2784" w:rsidRPr="00A817F3" w:rsidRDefault="00032996">
      <w:pPr>
        <w:autoSpaceDE w:val="0"/>
        <w:autoSpaceDN w:val="0"/>
        <w:spacing w:before="166" w:after="0" w:line="286" w:lineRule="auto"/>
        <w:ind w:right="4176"/>
        <w:rPr>
          <w:lang w:val="ru-RU"/>
        </w:rPr>
      </w:pP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Российская электронная школа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817F3">
        <w:rPr>
          <w:lang w:val="ru-RU"/>
        </w:rPr>
        <w:br/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Дистанционное образование для школьников... </w:t>
      </w:r>
      <w:proofErr w:type="spellStart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Учи.ру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uchi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pedsovet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load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/27 </w:t>
      </w:r>
      <w:r w:rsidRPr="00A817F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proshkolu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A817F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/13/5/ </w:t>
      </w:r>
      <w:r w:rsidRPr="00A817F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yaklass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A817F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old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rozental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A817F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uchi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A817F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rusyaz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online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A817F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uchitel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pro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817F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skysmart</w:t>
      </w:r>
      <w:proofErr w:type="spellEnd"/>
      <w:r w:rsidRPr="00A817F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F2784" w:rsidRPr="00A817F3" w:rsidRDefault="004F2784">
      <w:pPr>
        <w:autoSpaceDE w:val="0"/>
        <w:autoSpaceDN w:val="0"/>
        <w:spacing w:after="78" w:line="220" w:lineRule="exact"/>
        <w:rPr>
          <w:lang w:val="ru-RU"/>
        </w:rPr>
      </w:pPr>
    </w:p>
    <w:p w:rsidR="004F2784" w:rsidRPr="00A817F3" w:rsidRDefault="00032996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A817F3">
        <w:rPr>
          <w:lang w:val="ru-RU"/>
        </w:rPr>
        <w:br/>
      </w:r>
      <w:proofErr w:type="spellStart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A817F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:rsidR="004F2784" w:rsidRPr="00A817F3" w:rsidRDefault="004F2784">
      <w:pPr>
        <w:rPr>
          <w:lang w:val="ru-RU"/>
        </w:rPr>
        <w:sectPr w:rsidR="004F2784" w:rsidRPr="00A817F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32996" w:rsidRPr="00A817F3" w:rsidRDefault="00032996">
      <w:pPr>
        <w:rPr>
          <w:lang w:val="ru-RU"/>
        </w:rPr>
      </w:pPr>
    </w:p>
    <w:sectPr w:rsidR="00032996" w:rsidRPr="00A817F3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2996"/>
    <w:rsid w:val="00034616"/>
    <w:rsid w:val="0006063C"/>
    <w:rsid w:val="0015074B"/>
    <w:rsid w:val="0029639D"/>
    <w:rsid w:val="00326F90"/>
    <w:rsid w:val="004F2784"/>
    <w:rsid w:val="00907DA5"/>
    <w:rsid w:val="00A817F3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12033B"/>
  <w14:defaultImageDpi w14:val="300"/>
  <w15:docId w15:val="{9598A0EE-B3E1-4F99-8D5F-C7AB0F87F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A36E40-E9BB-4F11-82CD-B69AEB165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11486</Words>
  <Characters>65475</Characters>
  <Application>Microsoft Office Word</Application>
  <DocSecurity>0</DocSecurity>
  <Lines>545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76808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Школа7</cp:lastModifiedBy>
  <cp:revision>4</cp:revision>
  <dcterms:created xsi:type="dcterms:W3CDTF">2013-12-23T23:15:00Z</dcterms:created>
  <dcterms:modified xsi:type="dcterms:W3CDTF">2022-10-15T08:27:00Z</dcterms:modified>
  <cp:category/>
</cp:coreProperties>
</file>