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086" w:rsidRDefault="00842086">
      <w:pPr>
        <w:autoSpaceDE w:val="0"/>
        <w:autoSpaceDN w:val="0"/>
        <w:spacing w:after="78" w:line="220" w:lineRule="exact"/>
      </w:pPr>
    </w:p>
    <w:p w:rsidR="003F29DF" w:rsidRDefault="003F29D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707380" cy="9433560"/>
            <wp:effectExtent l="0" t="0" r="7620" b="0"/>
            <wp:docPr id="1" name="Рисунок 1" descr="IMG_8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7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29DF" w:rsidRDefault="003F29D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F29DF" w:rsidRDefault="003F29D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F29DF" w:rsidRDefault="003F29D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F29DF" w:rsidRDefault="003F29DF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42086" w:rsidRPr="00E52986" w:rsidRDefault="00E52986">
      <w:pPr>
        <w:autoSpaceDE w:val="0"/>
        <w:autoSpaceDN w:val="0"/>
        <w:spacing w:after="0" w:line="230" w:lineRule="auto"/>
        <w:ind w:left="1494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:rsidR="00842086" w:rsidRPr="00E52986" w:rsidRDefault="00E52986">
      <w:pPr>
        <w:autoSpaceDE w:val="0"/>
        <w:autoSpaceDN w:val="0"/>
        <w:spacing w:before="670" w:after="0" w:line="230" w:lineRule="auto"/>
        <w:ind w:left="241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Министерство образования и науки Республики Адыгея</w:t>
      </w:r>
    </w:p>
    <w:p w:rsidR="00842086" w:rsidRPr="00E52986" w:rsidRDefault="00E52986">
      <w:pPr>
        <w:tabs>
          <w:tab w:val="left" w:pos="4610"/>
        </w:tabs>
        <w:autoSpaceDE w:val="0"/>
        <w:autoSpaceDN w:val="0"/>
        <w:spacing w:before="670" w:after="2096" w:line="262" w:lineRule="auto"/>
        <w:ind w:left="45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Муниципальное бюджетное общеобразовательное учреждение "средняя общеобразовательная </w:t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школа №7"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22"/>
        <w:gridCol w:w="3500"/>
        <w:gridCol w:w="3440"/>
      </w:tblGrid>
      <w:tr w:rsidR="00842086">
        <w:trPr>
          <w:trHeight w:hRule="exact" w:val="274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48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РАССМОТРЕНО</w:t>
            </w:r>
          </w:p>
        </w:tc>
        <w:tc>
          <w:tcPr>
            <w:tcW w:w="3500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48" w:after="0" w:line="230" w:lineRule="auto"/>
              <w:ind w:left="49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СОГЛАСОВАНО</w:t>
            </w:r>
          </w:p>
        </w:tc>
        <w:tc>
          <w:tcPr>
            <w:tcW w:w="3440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48" w:after="0" w:line="230" w:lineRule="auto"/>
              <w:ind w:left="5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УТВЕРЖДЕНО</w:t>
            </w:r>
          </w:p>
        </w:tc>
      </w:tr>
      <w:tr w:rsidR="00842086">
        <w:trPr>
          <w:trHeight w:hRule="exact" w:val="200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методическим объединением</w:t>
            </w:r>
          </w:p>
        </w:tc>
        <w:tc>
          <w:tcPr>
            <w:tcW w:w="3500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after="0" w:line="230" w:lineRule="auto"/>
              <w:ind w:left="49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Зам.директора по УВР</w:t>
            </w:r>
          </w:p>
        </w:tc>
        <w:tc>
          <w:tcPr>
            <w:tcW w:w="3440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after="0" w:line="230" w:lineRule="auto"/>
              <w:ind w:left="5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Директор</w:t>
            </w:r>
          </w:p>
        </w:tc>
      </w:tr>
      <w:tr w:rsidR="00842086">
        <w:trPr>
          <w:trHeight w:hRule="exact" w:val="484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учителей</w:t>
            </w:r>
          </w:p>
        </w:tc>
        <w:tc>
          <w:tcPr>
            <w:tcW w:w="3500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______________Тешева Ф.К.</w:t>
            </w:r>
          </w:p>
        </w:tc>
        <w:tc>
          <w:tcPr>
            <w:tcW w:w="3440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98" w:after="0" w:line="230" w:lineRule="auto"/>
              <w:ind w:left="5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______________Тлишева Л.Н.</w:t>
            </w:r>
          </w:p>
        </w:tc>
      </w:tr>
    </w:tbl>
    <w:p w:rsidR="00842086" w:rsidRDefault="00842086">
      <w:pPr>
        <w:autoSpaceDE w:val="0"/>
        <w:autoSpaceDN w:val="0"/>
        <w:spacing w:after="0" w:line="62" w:lineRule="exac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94"/>
        <w:gridCol w:w="2898"/>
        <w:gridCol w:w="3444"/>
      </w:tblGrid>
      <w:tr w:rsidR="00842086" w:rsidTr="00B01A45">
        <w:trPr>
          <w:trHeight w:hRule="exact" w:val="554"/>
        </w:trPr>
        <w:tc>
          <w:tcPr>
            <w:tcW w:w="3194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60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учитель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английского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языка</w:t>
            </w:r>
            <w:proofErr w:type="spellEnd"/>
          </w:p>
        </w:tc>
        <w:tc>
          <w:tcPr>
            <w:tcW w:w="2898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60" w:after="0" w:line="230" w:lineRule="auto"/>
              <w:ind w:left="47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</w:t>
            </w:r>
          </w:p>
        </w:tc>
        <w:tc>
          <w:tcPr>
            <w:tcW w:w="3444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Приказ №</w:t>
            </w:r>
          </w:p>
        </w:tc>
      </w:tr>
      <w:tr w:rsidR="00842086" w:rsidTr="00B01A45">
        <w:trPr>
          <w:trHeight w:hRule="exact" w:val="563"/>
        </w:trPr>
        <w:tc>
          <w:tcPr>
            <w:tcW w:w="3194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______________Нагоева А.А.</w:t>
            </w:r>
          </w:p>
        </w:tc>
        <w:tc>
          <w:tcPr>
            <w:tcW w:w="2898" w:type="dxa"/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4" w:after="0" w:line="230" w:lineRule="auto"/>
              <w:ind w:left="4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"</w:t>
            </w:r>
            <w:r w:rsidR="00B01A45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"</w:t>
            </w:r>
            <w:r w:rsidR="00B01A45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 08 2022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г.</w:t>
            </w:r>
          </w:p>
        </w:tc>
        <w:tc>
          <w:tcPr>
            <w:tcW w:w="3444" w:type="dxa"/>
            <w:tcMar>
              <w:left w:w="0" w:type="dxa"/>
              <w:right w:w="0" w:type="dxa"/>
            </w:tcMar>
          </w:tcPr>
          <w:p w:rsidR="00842086" w:rsidRDefault="00B01A45" w:rsidP="00B01A45">
            <w:pPr>
              <w:autoSpaceDE w:val="0"/>
              <w:autoSpaceDN w:val="0"/>
              <w:spacing w:before="94" w:after="0" w:line="230" w:lineRule="auto"/>
              <w:ind w:left="996" w:right="1406" w:hanging="1134"/>
              <w:jc w:val="right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                      </w:t>
            </w:r>
            <w:proofErr w:type="spellStart"/>
            <w:r w:rsidR="00E52986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</w:t>
            </w:r>
            <w:proofErr w:type="spellEnd"/>
            <w:r w:rsidR="00E52986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"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29</w:t>
            </w:r>
            <w:r w:rsidR="00E52986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"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 08 2022</w:t>
            </w:r>
            <w:r w:rsidR="00E52986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 г.</w:t>
            </w:r>
          </w:p>
        </w:tc>
      </w:tr>
    </w:tbl>
    <w:p w:rsidR="00842086" w:rsidRPr="00B01A45" w:rsidRDefault="00E52986">
      <w:pPr>
        <w:autoSpaceDE w:val="0"/>
        <w:autoSpaceDN w:val="0"/>
        <w:spacing w:before="122" w:after="0" w:line="230" w:lineRule="auto"/>
        <w:rPr>
          <w:lang w:val="ru-RU"/>
        </w:rPr>
      </w:pPr>
      <w:proofErr w:type="spellStart"/>
      <w:r>
        <w:rPr>
          <w:rFonts w:ascii="Times New Roman" w:eastAsia="Times New Roman" w:hAnsi="Times New Roman"/>
          <w:color w:val="000000"/>
          <w:w w:val="102"/>
          <w:sz w:val="20"/>
        </w:rPr>
        <w:t>Протокол</w:t>
      </w:r>
      <w:proofErr w:type="spellEnd"/>
      <w:r>
        <w:rPr>
          <w:rFonts w:ascii="Times New Roman" w:eastAsia="Times New Roman" w:hAnsi="Times New Roman"/>
          <w:color w:val="000000"/>
          <w:w w:val="102"/>
          <w:sz w:val="20"/>
        </w:rPr>
        <w:t xml:space="preserve"> №</w:t>
      </w:r>
      <w:r w:rsidR="00B01A45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1</w:t>
      </w:r>
    </w:p>
    <w:p w:rsidR="00842086" w:rsidRDefault="00E52986">
      <w:pPr>
        <w:autoSpaceDE w:val="0"/>
        <w:autoSpaceDN w:val="0"/>
        <w:spacing w:before="182" w:after="0" w:line="230" w:lineRule="auto"/>
      </w:pPr>
      <w:proofErr w:type="spellStart"/>
      <w:r>
        <w:rPr>
          <w:rFonts w:ascii="Times New Roman" w:eastAsia="Times New Roman" w:hAnsi="Times New Roman"/>
          <w:color w:val="000000"/>
          <w:w w:val="102"/>
          <w:sz w:val="20"/>
        </w:rPr>
        <w:t>от</w:t>
      </w:r>
      <w:proofErr w:type="spellEnd"/>
      <w:r>
        <w:rPr>
          <w:rFonts w:ascii="Times New Roman" w:eastAsia="Times New Roman" w:hAnsi="Times New Roman"/>
          <w:color w:val="000000"/>
          <w:w w:val="102"/>
          <w:sz w:val="20"/>
        </w:rPr>
        <w:t xml:space="preserve"> "</w:t>
      </w:r>
      <w:r w:rsidR="00B01A45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29</w:t>
      </w:r>
      <w:r>
        <w:rPr>
          <w:rFonts w:ascii="Times New Roman" w:eastAsia="Times New Roman" w:hAnsi="Times New Roman"/>
          <w:color w:val="000000"/>
          <w:w w:val="102"/>
          <w:sz w:val="20"/>
        </w:rPr>
        <w:t>"</w:t>
      </w:r>
      <w:r w:rsidR="00B01A45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 08 2022</w:t>
      </w:r>
      <w:r>
        <w:rPr>
          <w:rFonts w:ascii="Times New Roman" w:eastAsia="Times New Roman" w:hAnsi="Times New Roman"/>
          <w:color w:val="000000"/>
          <w:w w:val="102"/>
          <w:sz w:val="20"/>
        </w:rPr>
        <w:t xml:space="preserve"> г.</w:t>
      </w:r>
    </w:p>
    <w:p w:rsidR="00842086" w:rsidRDefault="00E52986">
      <w:pPr>
        <w:autoSpaceDE w:val="0"/>
        <w:autoSpaceDN w:val="0"/>
        <w:spacing w:before="1038" w:after="0" w:line="262" w:lineRule="auto"/>
        <w:ind w:left="3744" w:right="3600"/>
        <w:jc w:val="center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РАБОЧАЯ ПРОГРАММА </w:t>
      </w:r>
      <w:r>
        <w:br/>
      </w:r>
      <w:r>
        <w:rPr>
          <w:rFonts w:ascii="Times New Roman" w:eastAsia="Times New Roman" w:hAnsi="Times New Roman"/>
          <w:b/>
          <w:color w:val="000000"/>
          <w:sz w:val="24"/>
        </w:rPr>
        <w:t>(ID 2059624)</w:t>
      </w:r>
    </w:p>
    <w:p w:rsidR="00842086" w:rsidRDefault="00E52986">
      <w:pPr>
        <w:autoSpaceDE w:val="0"/>
        <w:autoSpaceDN w:val="0"/>
        <w:spacing w:before="166" w:after="0" w:line="262" w:lineRule="auto"/>
        <w:ind w:left="4320" w:right="3888"/>
        <w:jc w:val="center"/>
      </w:pPr>
      <w:r>
        <w:rPr>
          <w:rFonts w:ascii="Times New Roman" w:eastAsia="Times New Roman" w:hAnsi="Times New Roman"/>
          <w:color w:val="000000"/>
          <w:sz w:val="24"/>
        </w:rPr>
        <w:t>учебного предмета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«Литература»</w:t>
      </w:r>
    </w:p>
    <w:p w:rsidR="00842086" w:rsidRPr="00E52986" w:rsidRDefault="00E52986">
      <w:pPr>
        <w:autoSpaceDE w:val="0"/>
        <w:autoSpaceDN w:val="0"/>
        <w:spacing w:before="670" w:after="0" w:line="262" w:lineRule="auto"/>
        <w:ind w:left="3024" w:right="2592"/>
        <w:jc w:val="center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для 5 класса основного общего образования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на 2022-2023  учебный год</w:t>
      </w:r>
    </w:p>
    <w:p w:rsidR="00842086" w:rsidRPr="00E52986" w:rsidRDefault="00E52986">
      <w:pPr>
        <w:autoSpaceDE w:val="0"/>
        <w:autoSpaceDN w:val="0"/>
        <w:spacing w:before="2112" w:after="0" w:line="262" w:lineRule="auto"/>
        <w:ind w:left="6398" w:hanging="64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Составитель: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Шеожева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Фаризет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Казбековна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учитель русского языка и литературы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98" w:right="876" w:bottom="1376" w:left="738" w:header="720" w:footer="720" w:gutter="0"/>
          <w:cols w:space="720" w:equalWidth="0">
            <w:col w:w="10286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390" w:line="220" w:lineRule="exact"/>
        <w:rPr>
          <w:lang w:val="ru-RU"/>
        </w:rPr>
      </w:pP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610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78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842086" w:rsidRPr="00E52986" w:rsidRDefault="00E52986">
      <w:pPr>
        <w:autoSpaceDE w:val="0"/>
        <w:autoSpaceDN w:val="0"/>
        <w:spacing w:before="346" w:after="0" w:line="286" w:lineRule="auto"/>
        <w:ind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Минпросвещения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России от 31.05.2021 г.   № 287, зарегистрирован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Министерством юстиции Российской Федерации 05.07.2021 г., рег. номер — 64101) (далее — ФГОС ООО), а также Примерной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842086" w:rsidRPr="00E52986" w:rsidRDefault="00E52986">
      <w:pPr>
        <w:autoSpaceDE w:val="0"/>
        <w:autoSpaceDN w:val="0"/>
        <w:spacing w:before="264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«ЛИТЕРАТУРА»</w:t>
      </w:r>
    </w:p>
    <w:p w:rsidR="00842086" w:rsidRPr="00E52986" w:rsidRDefault="00E52986">
      <w:pPr>
        <w:autoSpaceDE w:val="0"/>
        <w:autoSpaceDN w:val="0"/>
        <w:spacing w:before="168" w:after="0"/>
        <w:ind w:right="288"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</w:t>
      </w:r>
    </w:p>
    <w:p w:rsidR="00842086" w:rsidRPr="00E52986" w:rsidRDefault="00E52986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Особенности литературы как школьного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</w:t>
      </w:r>
    </w:p>
    <w:p w:rsidR="00842086" w:rsidRPr="00E52986" w:rsidRDefault="00E52986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</w:t>
      </w:r>
    </w:p>
    <w:p w:rsidR="00842086" w:rsidRPr="00E52986" w:rsidRDefault="00E52986">
      <w:pPr>
        <w:autoSpaceDE w:val="0"/>
        <w:autoSpaceDN w:val="0"/>
        <w:spacing w:before="70" w:after="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842086" w:rsidRPr="00E52986" w:rsidRDefault="00E5298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Полноценное литературное образование в основной школе невозможно без учёта преемственности с курсом литературного чтения в начальной школе,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 с курсом русского языка, истории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842086" w:rsidRPr="00E52986" w:rsidRDefault="00E52986">
      <w:pPr>
        <w:autoSpaceDE w:val="0"/>
        <w:autoSpaceDN w:val="0"/>
        <w:spacing w:before="72" w:after="0" w:line="281" w:lineRule="auto"/>
        <w:ind w:right="144"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литератур народов России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планируемых результатов обучения. </w:t>
      </w:r>
    </w:p>
    <w:p w:rsidR="00842086" w:rsidRPr="00E52986" w:rsidRDefault="00E52986">
      <w:pPr>
        <w:autoSpaceDE w:val="0"/>
        <w:autoSpaceDN w:val="0"/>
        <w:spacing w:before="262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«ЛИТЕРАТУРА»</w:t>
      </w:r>
    </w:p>
    <w:p w:rsidR="00842086" w:rsidRPr="00E52986" w:rsidRDefault="00E52986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78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86" w:lineRule="auto"/>
        <w:ind w:right="288"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842086" w:rsidRPr="00E52986" w:rsidRDefault="00E52986">
      <w:pPr>
        <w:autoSpaceDE w:val="0"/>
        <w:autoSpaceDN w:val="0"/>
        <w:spacing w:before="72" w:after="0" w:line="283" w:lineRule="auto"/>
        <w:ind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842086" w:rsidRPr="00E52986" w:rsidRDefault="00E52986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теоретико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 искусств;  формировать 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критической оценки. </w:t>
      </w:r>
    </w:p>
    <w:p w:rsidR="00842086" w:rsidRPr="00E52986" w:rsidRDefault="00E52986">
      <w:pPr>
        <w:autoSpaceDE w:val="0"/>
        <w:autoSpaceDN w:val="0"/>
        <w:spacing w:before="72" w:after="0" w:line="283" w:lineRule="auto"/>
        <w:ind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842086" w:rsidRPr="00E52986" w:rsidRDefault="00E52986">
      <w:pPr>
        <w:autoSpaceDE w:val="0"/>
        <w:autoSpaceDN w:val="0"/>
        <w:spacing w:before="262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«ЛИТЕРАТУРА» В УЧЕБНОМ ПЛАНЕ</w:t>
      </w:r>
    </w:p>
    <w:p w:rsidR="00842086" w:rsidRPr="00E52986" w:rsidRDefault="00E52986">
      <w:pPr>
        <w:autoSpaceDE w:val="0"/>
        <w:autoSpaceDN w:val="0"/>
        <w:spacing w:before="166" w:after="0" w:line="271" w:lineRule="auto"/>
        <w:ind w:right="576"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 «Литература» входит в предметную область «Русский язык и литература» и является обязательным для изучения. Предмет «Литература» преемственен по отношению к </w:t>
      </w:r>
      <w:proofErr w:type="spellStart"/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предмету«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Литературное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чтение». 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В 5 классе на изучение предмета отводится 3 часа в неделю, суммарно изучение литературы в 5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98" w:right="690" w:bottom="452" w:left="666" w:header="720" w:footer="720" w:gutter="0"/>
          <w:cols w:space="720" w:equalWidth="0">
            <w:col w:w="1054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66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классе по программе основного общего образования рассчитано на 102 часа. 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8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78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842086" w:rsidRPr="00E52986" w:rsidRDefault="00E52986">
      <w:pPr>
        <w:autoSpaceDE w:val="0"/>
        <w:autoSpaceDN w:val="0"/>
        <w:spacing w:before="466" w:after="0" w:line="262" w:lineRule="auto"/>
        <w:ind w:right="7344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Мифология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Мифы народов России и мира.</w:t>
      </w:r>
    </w:p>
    <w:p w:rsidR="00842086" w:rsidRPr="00E52986" w:rsidRDefault="00E52986">
      <w:pPr>
        <w:autoSpaceDE w:val="0"/>
        <w:autoSpaceDN w:val="0"/>
        <w:spacing w:before="406" w:after="0" w:line="271" w:lineRule="auto"/>
        <w:ind w:right="576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Фольклор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Малые жанры: пословицы, поговорки, загадки. Сказки народов России и народов мира (не менее трёх).</w:t>
      </w:r>
    </w:p>
    <w:p w:rsidR="00842086" w:rsidRPr="00E52986" w:rsidRDefault="00E52986">
      <w:pPr>
        <w:autoSpaceDE w:val="0"/>
        <w:autoSpaceDN w:val="0"/>
        <w:spacing w:before="408" w:after="0"/>
        <w:ind w:right="144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Литература первой половины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века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А. Крылов.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Басни (три по выбору). Например, «Волк на псарне», «Листы и Корни», «Свинья под Дубом», «Квартет»,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«Осёл и Соловей», «Ворона и Лисица».</w:t>
      </w:r>
    </w:p>
    <w:p w:rsidR="00842086" w:rsidRPr="00E52986" w:rsidRDefault="00E52986">
      <w:pPr>
        <w:autoSpaceDE w:val="0"/>
        <w:autoSpaceDN w:val="0"/>
        <w:spacing w:before="70" w:after="0" w:line="262" w:lineRule="auto"/>
        <w:ind w:right="2304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С. Пушкин.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Стихотворения (не менее трёх). «Зимнее утро»,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«Зимний вечер», «Няне» и др. «Сказка о мёртвой царевне и о семи богатырях».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М. Ю. Лермонтов.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Стихотворение «Бородино».</w:t>
      </w:r>
    </w:p>
    <w:p w:rsidR="00842086" w:rsidRPr="00E52986" w:rsidRDefault="00E52986">
      <w:pPr>
        <w:autoSpaceDE w:val="0"/>
        <w:autoSpaceDN w:val="0"/>
        <w:spacing w:before="70" w:after="0" w:line="262" w:lineRule="auto"/>
        <w:ind w:right="4176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Н. В. Гоголь.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Повесть «Ночь перед Рождеством» из </w:t>
      </w:r>
      <w:proofErr w:type="spellStart"/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сборника«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Вечера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на хуторе близ Диканьки».</w:t>
      </w:r>
    </w:p>
    <w:p w:rsidR="00842086" w:rsidRPr="00E52986" w:rsidRDefault="00E52986">
      <w:pPr>
        <w:autoSpaceDE w:val="0"/>
        <w:autoSpaceDN w:val="0"/>
        <w:spacing w:before="406" w:after="0" w:line="262" w:lineRule="auto"/>
        <w:ind w:right="6192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Литература второй половины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века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И. С. Тургенев.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Рассказ «Муму».</w:t>
      </w:r>
    </w:p>
    <w:p w:rsidR="00842086" w:rsidRPr="00E52986" w:rsidRDefault="00E52986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Н. А. Некрасов.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Стихотворения (не менее двух). «Крестьянские дети». «Школьник». Поэма «Мороз, Красный нос» (фрагмент).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Л. Н. Толстой.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Рассказ «Кавказский пленник».</w:t>
      </w:r>
    </w:p>
    <w:p w:rsidR="00842086" w:rsidRPr="00E52986" w:rsidRDefault="00E52986">
      <w:pPr>
        <w:autoSpaceDE w:val="0"/>
        <w:autoSpaceDN w:val="0"/>
        <w:spacing w:before="406" w:after="0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Литература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—ХХ веков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Стихотворения отечественных поэтов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—ХХ веков о родной природе и о связи человека с Родиной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(не менее пяти стихотворений трёх поэтов). Например, стихотворения А. К. Толстого, Ф. И. </w:t>
      </w:r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Тютчева,  А.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 А.  </w:t>
      </w:r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Фета,  И.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 А.  </w:t>
      </w:r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Бунина,  А.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 А.  Блока, С. А. Есенина, Н. М. Рубцова, Ю. П. Кузнецова.</w:t>
      </w:r>
    </w:p>
    <w:p w:rsidR="00842086" w:rsidRPr="00E52986" w:rsidRDefault="00E52986">
      <w:pPr>
        <w:autoSpaceDE w:val="0"/>
        <w:autoSpaceDN w:val="0"/>
        <w:spacing w:before="70" w:after="0" w:line="271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Юмористические рассказы отечественных писателей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— </w:t>
      </w:r>
      <w:r>
        <w:rPr>
          <w:rFonts w:ascii="Times New Roman" w:eastAsia="Times New Roman" w:hAnsi="Times New Roman"/>
          <w:b/>
          <w:color w:val="000000"/>
          <w:sz w:val="24"/>
        </w:rPr>
        <w:t>XX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веков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П. Чехов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(два рассказа по выбору). Например, «Лошадиная фамилия», «Мальчики», «Хирургия» и др. </w:t>
      </w:r>
    </w:p>
    <w:p w:rsidR="00842086" w:rsidRPr="00E52986" w:rsidRDefault="00E52986">
      <w:pPr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М. М. Зощенко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(два рассказа по выбору). Например, «Галоша», «</w:t>
      </w:r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Лёля  и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 Минька»,  «Ёлка», «Золотые  слова»,  «Встреча» и др.</w:t>
      </w:r>
    </w:p>
    <w:p w:rsidR="00842086" w:rsidRPr="00E52986" w:rsidRDefault="00E52986">
      <w:pPr>
        <w:autoSpaceDE w:val="0"/>
        <w:autoSpaceDN w:val="0"/>
        <w:spacing w:before="70" w:after="0" w:line="262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Произведения отечественной литературы о природе и животных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(не менее двух). Например, А. И. Куприна, М. М. Пришвина, К. Г. Паустовского.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А. П. Платонов.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Рассказы (один по выбору). Например, «Корова», «Никита» и др.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В. П. Астафьев.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Рассказ «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Васюткино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озеро».</w:t>
      </w:r>
    </w:p>
    <w:p w:rsidR="00842086" w:rsidRPr="00E52986" w:rsidRDefault="00E52986">
      <w:pPr>
        <w:autoSpaceDE w:val="0"/>
        <w:autoSpaceDN w:val="0"/>
        <w:spacing w:before="406" w:after="0" w:line="262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Литература </w:t>
      </w:r>
      <w:r>
        <w:rPr>
          <w:rFonts w:ascii="Times New Roman" w:eastAsia="Times New Roman" w:hAnsi="Times New Roman"/>
          <w:b/>
          <w:color w:val="000000"/>
          <w:sz w:val="24"/>
        </w:rPr>
        <w:t>XX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b/>
          <w:color w:val="000000"/>
          <w:sz w:val="24"/>
        </w:rPr>
        <w:t>XXI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веков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Произведения отечественной прозы на тему «Человек на войне»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(не менее двух). Например, Л. А.</w:t>
      </w:r>
    </w:p>
    <w:p w:rsidR="00842086" w:rsidRPr="00E52986" w:rsidRDefault="00E52986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Кассиль. «Дорогие мои мальчишки»; Ю. Я. Яковлев. «Девочки </w:t>
      </w:r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с  Васильевского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 острова»; В. П. Катаев. «Сын полка» и др.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Произведения отечественных писателей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b/>
          <w:color w:val="000000"/>
          <w:sz w:val="24"/>
        </w:rPr>
        <w:t>XXI</w:t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веков на тему детства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(не менее двух).</w:t>
      </w:r>
    </w:p>
    <w:p w:rsidR="00842086" w:rsidRPr="00E52986" w:rsidRDefault="00E52986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Например, произведения В. Г. Короленко, В. П. Катаева, В. П. Крапивина, Ю. П. Казакова, А. Г. Алексина, В. П. Астафьева, В. К.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Железникова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, Ю. Я. Яковлева, Ю. И. Коваля, А. А.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Гиваргизова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, М.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66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С.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Аромштам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, Н. Ю.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Абгарян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842086" w:rsidRPr="00E52986" w:rsidRDefault="00E52986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Произведения приключенческого жанра отечественных </w:t>
      </w:r>
      <w:proofErr w:type="gramStart"/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писателей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 (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одно  по  выбору). </w:t>
      </w:r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Например,  К.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 Булычёв.  «Девочка, с которой ничего не случится», «Миллион приключений» и др. (главы по выбору).</w:t>
      </w:r>
    </w:p>
    <w:p w:rsidR="00842086" w:rsidRPr="00E52986" w:rsidRDefault="00E52986">
      <w:pPr>
        <w:autoSpaceDE w:val="0"/>
        <w:autoSpaceDN w:val="0"/>
        <w:spacing w:before="406" w:after="0" w:line="262" w:lineRule="auto"/>
        <w:ind w:right="4176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Литература народов Российской Федерации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(одно по выбору). Например, Р. Г. Гамзатов.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«Песня соловья»; М. Карим. «Эту песню мать мне пела».</w:t>
      </w:r>
    </w:p>
    <w:p w:rsidR="00842086" w:rsidRPr="00E52986" w:rsidRDefault="00E52986">
      <w:pPr>
        <w:autoSpaceDE w:val="0"/>
        <w:autoSpaceDN w:val="0"/>
        <w:spacing w:before="406" w:after="0" w:line="262" w:lineRule="auto"/>
        <w:ind w:right="1008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Зарубежная литература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Х. К. Андерсен.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Сказки (одна по выбору). Например, «Снежная королева», «Соловей» и др.</w:t>
      </w:r>
    </w:p>
    <w:p w:rsidR="00842086" w:rsidRPr="00E52986" w:rsidRDefault="00E52986">
      <w:pPr>
        <w:autoSpaceDE w:val="0"/>
        <w:autoSpaceDN w:val="0"/>
        <w:spacing w:before="72" w:after="0" w:line="262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Зарубежная сказочная проза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(одно произведение по выбору). Например, Л. Кэрролл. «Алиса в Стране Чудес» (главы по выбору), Дж. Р. Р.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Толкин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. «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Хоббит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, или </w:t>
      </w:r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Туда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обратно» (главы по выбору).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Зарубежная проза о детях и подростках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(два произведения по выбору).   </w:t>
      </w:r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Например,   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М.   Твен. </w:t>
      </w:r>
    </w:p>
    <w:p w:rsidR="00842086" w:rsidRPr="00E52986" w:rsidRDefault="00E52986">
      <w:pPr>
        <w:autoSpaceDE w:val="0"/>
        <w:autoSpaceDN w:val="0"/>
        <w:spacing w:before="70" w:after="0"/>
        <w:ind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«Приключения   Тома  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Сойера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(главы по выбору); Дж. Лондон. «Сказание о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Кише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»; Р.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Брэдбери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. Рассказы. Например, «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Каникулы»,«Звук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бегущих ног»,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«Зелёное утро» и др.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Зарубежная приключенческая проза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(два произведения по выбору).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Например, Р. Л. Стивенсон. «Остров сокровищ», «Чёрная стрела» и др.</w:t>
      </w:r>
    </w:p>
    <w:p w:rsidR="00842086" w:rsidRPr="00E52986" w:rsidRDefault="00E52986">
      <w:pPr>
        <w:autoSpaceDE w:val="0"/>
        <w:autoSpaceDN w:val="0"/>
        <w:spacing w:before="7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Зарубежная проза о животных 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(одно-два произведения по выбору).</w:t>
      </w:r>
    </w:p>
    <w:p w:rsidR="00842086" w:rsidRPr="00E52986" w:rsidRDefault="00E52986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Э. Сетон-Томпсон. «Королевская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аналостанка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»; Дж. Даррелл. «Говорящий свёрток»; Дж. Лондон. «</w:t>
      </w:r>
      <w:proofErr w:type="gram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Белый  клык</w:t>
      </w:r>
      <w:proofErr w:type="gram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»; Дж. Р. Киплинг. «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Маугли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», «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Рикки-Тикки-Тави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» и др.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86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78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842086" w:rsidRPr="00E52986" w:rsidRDefault="00E52986">
      <w:pPr>
        <w:tabs>
          <w:tab w:val="left" w:pos="180"/>
        </w:tabs>
        <w:autoSpaceDE w:val="0"/>
        <w:autoSpaceDN w:val="0"/>
        <w:spacing w:before="346" w:after="0" w:line="262" w:lineRule="auto"/>
        <w:rPr>
          <w:lang w:val="ru-RU"/>
        </w:rPr>
      </w:pP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литературы в 5 классе направлено на достижение обучающимися следующих личностных,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842086" w:rsidRPr="00E52986" w:rsidRDefault="00E52986">
      <w:pPr>
        <w:autoSpaceDE w:val="0"/>
        <w:autoSpaceDN w:val="0"/>
        <w:spacing w:before="262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842086" w:rsidRPr="00E52986" w:rsidRDefault="00E52986">
      <w:pPr>
        <w:autoSpaceDE w:val="0"/>
        <w:autoSpaceDN w:val="0"/>
        <w:spacing w:before="166" w:after="0" w:line="281" w:lineRule="auto"/>
        <w:ind w:right="144"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42086" w:rsidRPr="00E52986" w:rsidRDefault="00E52986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Гражданского воспитания:</w:t>
      </w:r>
    </w:p>
    <w:p w:rsidR="00842086" w:rsidRPr="00E52986" w:rsidRDefault="00E52986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 неприятие любых форм экстремизма, дискриминации;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 понимание роли различных социальных институтов в жизни человека;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 представление о способах противодействия коррупции;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 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842086" w:rsidRPr="00E52986" w:rsidRDefault="00E52986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 активное участие в школьном самоуправлении;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 готовность к участию в гуманитарной деятельности (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волонтерство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; помощь людям, нуждающимся в ней).</w:t>
      </w:r>
    </w:p>
    <w:p w:rsidR="00842086" w:rsidRPr="00E52986" w:rsidRDefault="00E52986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Патриотического воспитания:</w:t>
      </w:r>
    </w:p>
    <w:p w:rsidR="00842086" w:rsidRPr="00E52986" w:rsidRDefault="00E52986">
      <w:pPr>
        <w:autoSpaceDE w:val="0"/>
        <w:autoSpaceDN w:val="0"/>
        <w:spacing w:before="178" w:after="0"/>
        <w:ind w:left="42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российской гражданской идентичности в поликультурном и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произведений русской и зарубежной литературы, а также литератур народов РФ;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98" w:right="650" w:bottom="5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108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71" w:lineRule="auto"/>
        <w:ind w:left="240" w:right="454"/>
        <w:jc w:val="both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842086" w:rsidRPr="00E52986" w:rsidRDefault="00E52986">
      <w:pPr>
        <w:autoSpaceDE w:val="0"/>
        <w:autoSpaceDN w:val="0"/>
        <w:spacing w:before="298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:rsidR="00842086" w:rsidRPr="00E52986" w:rsidRDefault="00E52986">
      <w:pPr>
        <w:autoSpaceDE w:val="0"/>
        <w:autoSpaceDN w:val="0"/>
        <w:spacing w:before="178" w:after="0" w:line="262" w:lineRule="auto"/>
        <w:ind w:left="24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842086" w:rsidRPr="00E52986" w:rsidRDefault="00E52986">
      <w:pPr>
        <w:autoSpaceDE w:val="0"/>
        <w:autoSpaceDN w:val="0"/>
        <w:spacing w:before="192" w:after="0" w:line="262" w:lineRule="auto"/>
        <w:ind w:left="24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842086" w:rsidRPr="00E52986" w:rsidRDefault="00E52986">
      <w:pPr>
        <w:autoSpaceDE w:val="0"/>
        <w:autoSpaceDN w:val="0"/>
        <w:spacing w:before="298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842086" w:rsidRPr="00E52986" w:rsidRDefault="00E52986">
      <w:pPr>
        <w:autoSpaceDE w:val="0"/>
        <w:autoSpaceDN w:val="0"/>
        <w:spacing w:before="178" w:after="0" w:line="271" w:lineRule="auto"/>
        <w:ind w:left="240" w:right="86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осознание важности художественной литературы и культуры как средства коммуникации и самовыражения;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стремление к самовыражению в разных видах искусства.</w:t>
      </w:r>
    </w:p>
    <w:p w:rsidR="00842086" w:rsidRPr="00E52986" w:rsidRDefault="00E52986">
      <w:pPr>
        <w:autoSpaceDE w:val="0"/>
        <w:autoSpaceDN w:val="0"/>
        <w:spacing w:before="298" w:after="0" w:line="230" w:lineRule="auto"/>
        <w:jc w:val="center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42086" w:rsidRPr="00E52986" w:rsidRDefault="00E52986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ценности жизни с опорой на собственный жизненный и читательский опыт; 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842086" w:rsidRPr="00E52986" w:rsidRDefault="00E52986">
      <w:pPr>
        <w:autoSpaceDE w:val="0"/>
        <w:autoSpaceDN w:val="0"/>
        <w:spacing w:before="190" w:after="0" w:line="278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способность адаптироваться к стрессовым ситуациям и меняющимся социальным,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информационным и природным условиям, в том числе осмысляя собственный опыт и выстраивая дальнейшие цели;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умение принимать себя и других, не осуждая;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100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умение осознавать эмоциональное состояние себя и других, опираясь на примеры из литературных произведений;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уметь управлять собственным эмоциональным состоянием;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842086" w:rsidRPr="00E52986" w:rsidRDefault="00E52986">
      <w:pPr>
        <w:autoSpaceDE w:val="0"/>
        <w:autoSpaceDN w:val="0"/>
        <w:spacing w:before="418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328" w:right="648" w:bottom="342" w:left="846" w:header="720" w:footer="720" w:gutter="0"/>
          <w:cols w:space="720" w:equalWidth="0">
            <w:col w:w="10406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96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71" w:lineRule="auto"/>
        <w:ind w:left="420" w:right="7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готовность адаптироваться в профессиональной среде; </w:t>
      </w:r>
    </w:p>
    <w:p w:rsidR="00842086" w:rsidRPr="00E52986" w:rsidRDefault="00E52986">
      <w:pPr>
        <w:autoSpaceDE w:val="0"/>
        <w:autoSpaceDN w:val="0"/>
        <w:spacing w:before="192" w:after="0" w:line="262" w:lineRule="auto"/>
        <w:ind w:left="420" w:right="115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842086" w:rsidRPr="00E52986" w:rsidRDefault="00E52986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842086" w:rsidRPr="00E52986" w:rsidRDefault="00E52986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420" w:right="1296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роли как гражданина и потребителя в условиях взаимосвязи природной, технологической и социальной сред; 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участию в практической деятельности экологической направленности.</w:t>
      </w:r>
    </w:p>
    <w:p w:rsidR="00842086" w:rsidRPr="00E52986" w:rsidRDefault="00E52986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842086" w:rsidRPr="00E52986" w:rsidRDefault="00E52986">
      <w:pPr>
        <w:autoSpaceDE w:val="0"/>
        <w:autoSpaceDN w:val="0"/>
        <w:spacing w:before="180" w:after="0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языковой и читательской культурой как средством познания мира; 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основными навыками исследовательской деятельности с учётом специфики школьного литературного образования; 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42086" w:rsidRPr="00E52986" w:rsidRDefault="00E52986">
      <w:pPr>
        <w:tabs>
          <w:tab w:val="left" w:pos="180"/>
        </w:tabs>
        <w:autoSpaceDE w:val="0"/>
        <w:autoSpaceDN w:val="0"/>
        <w:spacing w:before="178" w:after="0" w:line="262" w:lineRule="auto"/>
        <w:ind w:right="288"/>
        <w:rPr>
          <w:lang w:val="ru-RU"/>
        </w:rPr>
      </w:pP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842086" w:rsidRPr="00E52986" w:rsidRDefault="00E52986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316" w:right="772" w:bottom="422" w:left="666" w:header="720" w:footer="720" w:gutter="0"/>
          <w:cols w:space="720" w:equalWidth="0">
            <w:col w:w="10462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66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71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изучение и оценка социальных ролей персонажей литературных произведений;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потребность во взаимодействии в условиях неопределённости, открытость опыту и знаниям других; 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842086" w:rsidRPr="00E52986" w:rsidRDefault="00E52986">
      <w:pPr>
        <w:autoSpaceDE w:val="0"/>
        <w:autoSpaceDN w:val="0"/>
        <w:spacing w:before="192" w:after="0"/>
        <w:ind w:left="42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умение оперировать основными понятиями, терминами и представлениями в области концепции устойчивого развития; 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анализировать и выявлять взаимосвязи природы, общества и экономики; 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стрессовую ситуацию как вызов, требующий контрмер; 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ситуацию стресса, корректировать принимаемые решения и действия; 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и оценивать риски и последствия, формировать опыт, уметь находить позитивное в произошедшей ситуации; 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быть готовым действовать в отсутствии гарантий успеха.</w:t>
      </w:r>
    </w:p>
    <w:p w:rsidR="00842086" w:rsidRPr="00E52986" w:rsidRDefault="00E52986">
      <w:pPr>
        <w:autoSpaceDE w:val="0"/>
        <w:autoSpaceDN w:val="0"/>
        <w:spacing w:before="322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842086" w:rsidRPr="00E52986" w:rsidRDefault="00E52986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842086" w:rsidRPr="00E52986" w:rsidRDefault="00E52986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E5298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Универсальные учебные познавательные действия: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1) Базовые логические действия:</w:t>
      </w:r>
    </w:p>
    <w:p w:rsidR="00842086" w:rsidRPr="00E52986" w:rsidRDefault="00E52986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предлагать критерии для выявления закономерностей и противоречий с учётом учебной задачи;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86" w:right="768" w:bottom="368" w:left="666" w:header="720" w:footer="720" w:gutter="0"/>
          <w:cols w:space="720" w:equalWidth="0">
            <w:col w:w="10466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78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62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выявлять дефициты информации, данных, необходимых для решения поставленной учебной задачи;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выявлять причинно-следственные связи при изучении литературных явлений и процессов;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1296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делать выводы с использованием дедуктивных и индуктивных умозаключений, умозаключений по аналогии;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гипотезы об их взаимосвязях;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842086" w:rsidRPr="00E52986" w:rsidRDefault="00E52986">
      <w:pPr>
        <w:autoSpaceDE w:val="0"/>
        <w:autoSpaceDN w:val="0"/>
        <w:spacing w:before="18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2) Базовые исследовательские действия:</w:t>
      </w:r>
    </w:p>
    <w:p w:rsidR="00842086" w:rsidRPr="00E52986" w:rsidRDefault="00E52986">
      <w:pPr>
        <w:autoSpaceDE w:val="0"/>
        <w:autoSpaceDN w:val="0"/>
        <w:spacing w:before="180" w:after="0" w:line="262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вопросы как исследовательский инструмент познания в литературном образовании;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гипотезу об истинности собственных суждений и суждений других, аргументировать свою позицию, мнение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самостоятельно составленному плану небольшое исследование по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оценивать на применимость и достоверность информацию, полученную в ходе исследования (эксперимента);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наблюдения, опыта, исследования;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владеть инструментами оценки достоверности полученных выводов и обобщений;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842086" w:rsidRPr="00E52986" w:rsidRDefault="00E52986">
      <w:pPr>
        <w:autoSpaceDE w:val="0"/>
        <w:autoSpaceDN w:val="0"/>
        <w:spacing w:before="18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3) Работа с информацией:</w:t>
      </w:r>
    </w:p>
    <w:p w:rsidR="00842086" w:rsidRPr="00E52986" w:rsidRDefault="00E52986">
      <w:pPr>
        <w:autoSpaceDE w:val="0"/>
        <w:autoSpaceDN w:val="0"/>
        <w:spacing w:before="180" w:after="0" w:line="271" w:lineRule="auto"/>
        <w:ind w:left="24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98" w:right="858" w:bottom="318" w:left="846" w:header="720" w:footer="720" w:gutter="0"/>
          <w:cols w:space="720" w:equalWidth="0">
            <w:col w:w="10196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126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эффективно запоминать и систематизировать эту информацию.</w:t>
      </w:r>
    </w:p>
    <w:p w:rsidR="00842086" w:rsidRPr="00E52986" w:rsidRDefault="00E52986">
      <w:pPr>
        <w:autoSpaceDE w:val="0"/>
        <w:autoSpaceDN w:val="0"/>
        <w:spacing w:before="178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Универсальные учебные коммуникативные действия: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1)</w:t>
      </w:r>
      <w:r w:rsidRPr="00E52986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Общение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842086" w:rsidRPr="00E52986" w:rsidRDefault="00E52986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и формулировать суждения, выражать эмоции в соответствии с условиями и целями общения;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произведениях, и смягчать конфликты, вести переговоры;</w:t>
      </w:r>
    </w:p>
    <w:p w:rsidR="00842086" w:rsidRPr="00E52986" w:rsidRDefault="00E52986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выражать себя (свою точку зрения) в устных и письменных текстах;</w:t>
      </w:r>
    </w:p>
    <w:p w:rsidR="00842086" w:rsidRPr="00E52986" w:rsidRDefault="00E52986">
      <w:pPr>
        <w:autoSpaceDE w:val="0"/>
        <w:autoSpaceDN w:val="0"/>
        <w:spacing w:before="192" w:after="0" w:line="262" w:lineRule="auto"/>
        <w:ind w:left="24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понимать намерения других, проявлять уважительное отношение к собеседнику и корректно формулировать свои возражения;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сопоставлять свои суждения с суждениями других участников диалога, обнаруживать различие и сходство позиций;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публично представлять результаты выполненного опыта (литературоведческого эксперимента, исследования, проекта);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842086" w:rsidRPr="00E52986" w:rsidRDefault="00E52986">
      <w:pPr>
        <w:autoSpaceDE w:val="0"/>
        <w:autoSpaceDN w:val="0"/>
        <w:spacing w:before="298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2) С</w:t>
      </w:r>
      <w:r w:rsidRPr="00E52986">
        <w:rPr>
          <w:rFonts w:ascii="Times New Roman" w:eastAsia="Times New Roman" w:hAnsi="Times New Roman"/>
          <w:i/>
          <w:color w:val="000000"/>
          <w:sz w:val="24"/>
          <w:lang w:val="ru-RU"/>
        </w:rPr>
        <w:t>овместная деятельность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842086" w:rsidRPr="00E52986" w:rsidRDefault="00E52986">
      <w:pPr>
        <w:autoSpaceDE w:val="0"/>
        <w:autoSpaceDN w:val="0"/>
        <w:spacing w:before="178" w:after="0"/>
        <w:ind w:left="240" w:right="86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842086" w:rsidRPr="00E52986" w:rsidRDefault="00E52986">
      <w:pPr>
        <w:autoSpaceDE w:val="0"/>
        <w:autoSpaceDN w:val="0"/>
        <w:spacing w:before="192" w:after="0" w:line="271" w:lineRule="auto"/>
        <w:ind w:left="24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уметь обобщать мнения нескольких людей;</w:t>
      </w:r>
    </w:p>
    <w:p w:rsidR="00842086" w:rsidRPr="00E52986" w:rsidRDefault="00E52986">
      <w:pPr>
        <w:autoSpaceDE w:val="0"/>
        <w:autoSpaceDN w:val="0"/>
        <w:spacing w:before="190" w:after="0" w:line="281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планировать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(обсуждения, обмен мнений, «мозговые штурмы» и иные);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346" w:right="728" w:bottom="332" w:left="846" w:header="720" w:footer="720" w:gutter="0"/>
          <w:cols w:space="720" w:equalWidth="0">
            <w:col w:w="10326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114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71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сопоставлять свои суждения с суждениями других участников диалога, обнаруживать различие и сходство позиций;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публично представлять результаты выполненного опыта (литературоведческого эксперимента, исследования, проекта); 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842086" w:rsidRPr="00E52986" w:rsidRDefault="00E52986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участниками взаимодействия на литературных занятиях;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42086" w:rsidRPr="00E52986" w:rsidRDefault="00E52986">
      <w:pPr>
        <w:autoSpaceDE w:val="0"/>
        <w:autoSpaceDN w:val="0"/>
        <w:spacing w:before="178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Универсальные учебные регулятивные действия: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1)</w:t>
      </w:r>
      <w:r w:rsidRPr="00E52986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Самоорганизация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842086" w:rsidRPr="00E52986" w:rsidRDefault="00E52986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7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делать выбор и брать ответственность за решение.</w:t>
      </w:r>
    </w:p>
    <w:p w:rsidR="00842086" w:rsidRPr="00E52986" w:rsidRDefault="00E52986">
      <w:pPr>
        <w:autoSpaceDE w:val="0"/>
        <w:autoSpaceDN w:val="0"/>
        <w:spacing w:before="180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2) С</w:t>
      </w:r>
      <w:r w:rsidRPr="00E52986">
        <w:rPr>
          <w:rFonts w:ascii="Times New Roman" w:eastAsia="Times New Roman" w:hAnsi="Times New Roman"/>
          <w:i/>
          <w:color w:val="000000"/>
          <w:sz w:val="24"/>
          <w:lang w:val="ru-RU"/>
        </w:rPr>
        <w:t>амоконтроль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842086" w:rsidRPr="00E52986" w:rsidRDefault="00E52986">
      <w:pPr>
        <w:autoSpaceDE w:val="0"/>
        <w:autoSpaceDN w:val="0"/>
        <w:spacing w:before="180" w:after="0" w:line="262" w:lineRule="auto"/>
        <w:ind w:left="24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владеть способами самоконтроля,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причины достижения (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842086" w:rsidRPr="00E52986" w:rsidRDefault="00E52986">
      <w:pPr>
        <w:autoSpaceDE w:val="0"/>
        <w:autoSpaceDN w:val="0"/>
        <w:spacing w:before="178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3) </w:t>
      </w:r>
      <w:r w:rsidRPr="00E52986">
        <w:rPr>
          <w:rFonts w:ascii="Times New Roman" w:eastAsia="Times New Roman" w:hAnsi="Times New Roman"/>
          <w:i/>
          <w:color w:val="000000"/>
          <w:sz w:val="24"/>
          <w:lang w:val="ru-RU"/>
        </w:rPr>
        <w:t>Эмоциональный интеллект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842086" w:rsidRPr="00E52986" w:rsidRDefault="00E52986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развивать способность различать и называть собственные эмоции, управлять ими и эмоциями других;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334" w:right="720" w:bottom="296" w:left="846" w:header="720" w:footer="720" w:gutter="0"/>
          <w:cols w:space="720" w:equalWidth="0">
            <w:col w:w="1033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150" w:line="220" w:lineRule="exact"/>
        <w:rPr>
          <w:lang w:val="ru-RU"/>
        </w:rPr>
      </w:pPr>
    </w:p>
    <w:p w:rsidR="00842086" w:rsidRPr="00E52986" w:rsidRDefault="00E52986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выявлять и анализировать причины эмоций;</w:t>
      </w:r>
    </w:p>
    <w:p w:rsidR="00842086" w:rsidRPr="00E52986" w:rsidRDefault="00E52986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регулировать способ выражения своих эмоций;</w:t>
      </w:r>
    </w:p>
    <w:p w:rsidR="00842086" w:rsidRPr="00E52986" w:rsidRDefault="00E52986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4)</w:t>
      </w:r>
      <w:r w:rsidRPr="00E52986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Принятие себя и других</w:t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842086" w:rsidRPr="00E52986" w:rsidRDefault="00E52986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осознанно относиться к другому человеку, его мнению, размышляя над взаимоотношениями литературных героев;</w:t>
      </w:r>
    </w:p>
    <w:p w:rsidR="00842086" w:rsidRPr="00E52986" w:rsidRDefault="00E52986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признавать своё право на ошибку и такое же право другого; принимать себя и других, не осуждая;</w:t>
      </w:r>
    </w:p>
    <w:p w:rsidR="00842086" w:rsidRPr="00E52986" w:rsidRDefault="00E52986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проявлять открытость себе и другим;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осознавать невозможность контролировать всё вокруг.</w:t>
      </w:r>
    </w:p>
    <w:p w:rsidR="00842086" w:rsidRPr="00E52986" w:rsidRDefault="00E52986">
      <w:pPr>
        <w:autoSpaceDE w:val="0"/>
        <w:autoSpaceDN w:val="0"/>
        <w:spacing w:before="322" w:after="0" w:line="230" w:lineRule="auto"/>
        <w:rPr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842086" w:rsidRPr="00E52986" w:rsidRDefault="00E52986">
      <w:pPr>
        <w:tabs>
          <w:tab w:val="left" w:pos="180"/>
        </w:tabs>
        <w:autoSpaceDE w:val="0"/>
        <w:autoSpaceDN w:val="0"/>
        <w:spacing w:before="166" w:after="0" w:line="281" w:lineRule="auto"/>
        <w:rPr>
          <w:lang w:val="ru-RU"/>
        </w:rPr>
      </w:pP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2) понимать, что литература — это вид искусства и что художественный текст отличается от текста научного, делового, публицистического;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842086" w:rsidRPr="00E52986" w:rsidRDefault="00E52986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характеристики; выявлять элементарные особенности языка художественного произведения, поэтической и прозаической речи;</w:t>
      </w:r>
    </w:p>
    <w:p w:rsidR="00842086" w:rsidRPr="00E52986" w:rsidRDefault="00E52986">
      <w:pPr>
        <w:autoSpaceDE w:val="0"/>
        <w:autoSpaceDN w:val="0"/>
        <w:spacing w:before="190" w:after="0" w:line="283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842086" w:rsidRPr="00E52986" w:rsidRDefault="00E529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сопоставлять темы и сюжеты произведений, образы персонажей;</w:t>
      </w:r>
    </w:p>
    <w:p w:rsidR="00842086" w:rsidRPr="00E52986" w:rsidRDefault="00E52986">
      <w:pPr>
        <w:autoSpaceDE w:val="0"/>
        <w:autoSpaceDN w:val="0"/>
        <w:spacing w:before="190" w:after="0" w:line="271" w:lineRule="auto"/>
        <w:ind w:left="420" w:right="410"/>
        <w:jc w:val="both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— 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842086" w:rsidRPr="00E52986" w:rsidRDefault="00E52986">
      <w:pPr>
        <w:tabs>
          <w:tab w:val="left" w:pos="180"/>
        </w:tabs>
        <w:autoSpaceDE w:val="0"/>
        <w:autoSpaceDN w:val="0"/>
        <w:spacing w:before="178" w:after="0" w:line="283" w:lineRule="auto"/>
        <w:rPr>
          <w:lang w:val="ru-RU"/>
        </w:rPr>
      </w:pP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индивидуальных особенностей обучающихся);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6) участвовать в беседе и диалоге о прочитанном произведении, подбирать аргументы для оценки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370" w:right="684" w:bottom="432" w:left="666" w:header="720" w:footer="720" w:gutter="0"/>
          <w:cols w:space="720" w:equalWidth="0">
            <w:col w:w="10550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66" w:line="220" w:lineRule="exact"/>
        <w:rPr>
          <w:lang w:val="ru-RU"/>
        </w:rPr>
      </w:pPr>
    </w:p>
    <w:p w:rsidR="00842086" w:rsidRPr="00E52986" w:rsidRDefault="00E52986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прочитанного (с учётом литературного развития обучающихся);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7) создавать устные и письменные высказывания разных жанров объемом не менее 70 слов (с учётом литературного развития обучающихся);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8) владеть начальными умениями интерпретации и оценки текстуально изученных произведений фольклора и литературы;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9) осознавать важность чтения и изучения произведений устного народного творчества и </w:t>
      </w: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художественной литературы для познания мира, формирования эмоциональных и эстетических впечатлений, а также для собственного развития;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 </w:t>
      </w:r>
      <w:r w:rsidRPr="00E52986">
        <w:rPr>
          <w:lang w:val="ru-RU"/>
        </w:rPr>
        <w:br/>
      </w:r>
      <w:r w:rsidRPr="00E52986">
        <w:rPr>
          <w:lang w:val="ru-RU"/>
        </w:rPr>
        <w:tab/>
      </w:r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интернет-ресурсами</w:t>
      </w:r>
      <w:proofErr w:type="spellEnd"/>
      <w:r w:rsidRPr="00E52986">
        <w:rPr>
          <w:rFonts w:ascii="Times New Roman" w:eastAsia="Times New Roman" w:hAnsi="Times New Roman"/>
          <w:color w:val="000000"/>
          <w:sz w:val="24"/>
          <w:lang w:val="ru-RU"/>
        </w:rPr>
        <w:t>, соблюдая правила информационной безопасности.</w:t>
      </w:r>
    </w:p>
    <w:p w:rsidR="00842086" w:rsidRPr="00E52986" w:rsidRDefault="00842086">
      <w:pPr>
        <w:rPr>
          <w:lang w:val="ru-RU"/>
        </w:rPr>
        <w:sectPr w:rsidR="00842086" w:rsidRPr="00E52986">
          <w:pgSz w:w="11900" w:h="16840"/>
          <w:pgMar w:top="286" w:right="770" w:bottom="1440" w:left="666" w:header="720" w:footer="720" w:gutter="0"/>
          <w:cols w:space="720" w:equalWidth="0">
            <w:col w:w="1046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64" w:line="220" w:lineRule="exact"/>
        <w:rPr>
          <w:lang w:val="ru-RU"/>
        </w:rPr>
      </w:pPr>
    </w:p>
    <w:p w:rsidR="00842086" w:rsidRDefault="00E52986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5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7" w:lineRule="auto"/>
              <w:ind w:left="74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842086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</w:tr>
      <w:tr w:rsidR="0084208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Мифология</w:t>
            </w:r>
          </w:p>
        </w:tc>
      </w:tr>
      <w:tr w:rsidR="00842086">
        <w:trPr>
          <w:trHeight w:hRule="exact" w:val="45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Мифы народов России и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80" w:after="0" w:line="257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мифы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другие эпические произведения, отвечать на вопросы,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пересказывать;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сюжет,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жанровые, композиционные и художественные особенности; Определять и формулировать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тему и основную мысль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прочитанных мифов;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мифы разных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народов, сравнивать их с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эпическими произведениями;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главных героев, сравнивать их поступки;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своё отношение к событиям и эпическим героям; Участвовать в разработке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учебных проектов;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Пользоваться библиотечным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каталогом для поиска книги;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Писать сочинение о любимом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эпическом герое;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80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http://www.myfhology.narod.ru/</w:t>
            </w:r>
          </w:p>
        </w:tc>
      </w:tr>
      <w:tr w:rsidR="00842086">
        <w:trPr>
          <w:trHeight w:hRule="exact" w:val="263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фольклорные произведения малых жанров, отвечать на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вопросы;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Отличать пословицы от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поговорок;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русские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пословицы и поговорки с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пословицами и поговорками других народов;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Уметь сочинять и разгадывать загадки;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50" w:lineRule="auto"/>
              <w:ind w:left="7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http://feb-web.ru/</w:t>
            </w:r>
          </w:p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Фольклор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2" w:right="640" w:bottom="85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фольклорные произведения малых жанров, отвечать на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вопросы;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Отличать пословицы от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поговорок;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русские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пословицы и поговорки с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пословицами и поговорками других народов;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Уметь сочинять и разгадывать загадки;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http://feb-web.ru/</w:t>
            </w:r>
          </w:p>
        </w:tc>
      </w:tr>
      <w:tr w:rsidR="00842086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http://feb-web.ru/</w:t>
            </w:r>
          </w:p>
        </w:tc>
      </w:tr>
      <w:tr w:rsidR="00842086">
        <w:trPr>
          <w:trHeight w:hRule="exact" w:val="34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Сказки народов России и народов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пересказывать (кратко,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подробно, выборочно) сказки, отвечать на вопросы;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виды сказок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(волшебные, бытовые, 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животных);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формулировать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тему и основную мысль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прочитанной сказки;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героев сказок, оценивать их поступки;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особенности языка и композиции народных сказок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разных народов (зачин,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концовка, постоянные эпитеты, устойчивые выражения и др.);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42086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пересказывать (кратко;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подробно;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выборочно) сказки; отвечать на вопросы;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 w:rsidRPr="003F29DF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3.</w:t>
            </w: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Литература первой половины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</w:tr>
    </w:tbl>
    <w:p w:rsidR="00842086" w:rsidRPr="00E52986" w:rsidRDefault="00842086">
      <w:pPr>
        <w:autoSpaceDE w:val="0"/>
        <w:autoSpaceDN w:val="0"/>
        <w:spacing w:after="0" w:line="14" w:lineRule="exact"/>
        <w:rPr>
          <w:lang w:val="ru-RU"/>
        </w:rPr>
      </w:pPr>
    </w:p>
    <w:p w:rsidR="00842086" w:rsidRPr="00E52986" w:rsidRDefault="00842086">
      <w:pPr>
        <w:rPr>
          <w:lang w:val="ru-RU"/>
        </w:rPr>
        <w:sectPr w:rsidR="00842086" w:rsidRPr="00E5298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31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И. А. Крылов. Басни (три по выбору). «Волк на псарне», «Листы и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Корни»,«Свинья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под Дубом», «Квартет», «Осёл и Соловей», «Ворона и Лисица»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басню, в том числе по ролям;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формулировать тему и основную мысль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прочитанной басни;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значение незнакомого слова в словаре;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Инсценировать басню;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художественные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особенности басенного жанра; Иметь первоначальное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представление об аллегории и морали;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басню наизусть (по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выбору обучающегося);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http://feb-web.ru/</w:t>
            </w:r>
          </w:p>
        </w:tc>
      </w:tr>
      <w:tr w:rsidR="00842086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Инсценировать басню;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http://feb-web.ru/</w:t>
            </w:r>
          </w:p>
        </w:tc>
      </w:tr>
      <w:tr w:rsidR="00842086">
        <w:trPr>
          <w:trHeight w:hRule="exact" w:val="610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 w:right="864"/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Сказка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мёртвой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царевне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о семи богатырях»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стихотворения;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Отличать поэтический текст от прозаического, аргументировать свой ответ;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тематическое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единство подобранных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средства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изобразительности в лирических произведениях (эпитет,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метафору, олицетворение,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сравнение);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письменные работы по первоначальному анализу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стихотворения;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Заучивать стихотворения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наизусть;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сказку,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 по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содержанию;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идейно-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тематическое содержание сказки А. С. Пушкина;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своеобразие авторской сказки и её отличие от народной; Выделять ключевые эпизоды в тексте 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Сопоставлять сказку с другими видами искусства;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4" w:right="640" w:bottom="75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39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М. Ю. Лермонтов. Стихотворение «Бородино»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стихотворение;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 по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прочитанному тексту, задавать вопросы с целью понимания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содержания стихотворения;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его историческую основу, идейно-тематическое содержание;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позицию автора; Выявлять жанровые признаки и средства художественной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изобразительности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произведении (эпитет,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олицетворение, сравнение,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метафора);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Заучивать стихотворение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наизусть;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Писать мини-сочинение;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42086">
        <w:trPr>
          <w:trHeight w:hRule="exact" w:val="41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выразительно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прозаический текст, отвечать на вопросы;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самостоятельно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вопросы;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Пересказывать (кратко,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подробно, выборочно) текст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повести;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ключевые эпизоды в тексте 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устный отзыв 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прочитанном произведении;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художественные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средства, создающие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фантастический настрой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повести, а также картины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народной жизни;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близость повести к народным сказкам и легендам; Пользоваться библиотечным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каталогом для поиска книги;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42086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выразительно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прозаический текст, отвечать на вопросы; Пересказывать (кратко, подробно, выборочно)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 w:rsidRPr="003F29DF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4.</w:t>
            </w: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Литература второй половины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 </w:t>
            </w:r>
          </w:p>
        </w:tc>
      </w:tr>
    </w:tbl>
    <w:p w:rsidR="00842086" w:rsidRPr="00E52986" w:rsidRDefault="00842086">
      <w:pPr>
        <w:autoSpaceDE w:val="0"/>
        <w:autoSpaceDN w:val="0"/>
        <w:spacing w:after="0" w:line="14" w:lineRule="exact"/>
        <w:rPr>
          <w:lang w:val="ru-RU"/>
        </w:rPr>
      </w:pPr>
    </w:p>
    <w:p w:rsidR="00842086" w:rsidRPr="00E52986" w:rsidRDefault="00842086">
      <w:pPr>
        <w:rPr>
          <w:lang w:val="ru-RU"/>
        </w:rPr>
        <w:sectPr w:rsidR="00842086" w:rsidRPr="00E52986">
          <w:pgSz w:w="16840" w:h="11900"/>
          <w:pgMar w:top="284" w:right="640" w:bottom="79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36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И. С. Тургенев. Рассказ «Муму»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рассказ, отвечать на вопросы,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пересказывать (подробно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сжато);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наиболее яркие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эпизоды 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простой план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тему, идею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главных героев рассказа;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устный портрет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Герасима;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роль пейзажных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описаний;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Писать сочинение по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содержанию рассказа;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v=21Y50ZTwNT4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v=4Joyo8fxnAg</w:t>
            </w:r>
          </w:p>
        </w:tc>
      </w:tr>
      <w:tr w:rsidR="00842086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45" w:lineRule="auto"/>
              <w:ind w:right="720"/>
              <w:jc w:val="center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Писать сочинение по содержанию рассказа;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v=4Joyo8fxnAg</w:t>
            </w:r>
          </w:p>
        </w:tc>
      </w:tr>
      <w:tr w:rsidR="00842086">
        <w:trPr>
          <w:trHeight w:hRule="exact" w:val="28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Н. А. Некрасов. Стихотворения (не менее двух). «Крестьянские </w:t>
            </w:r>
            <w:proofErr w:type="spellStart"/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дети</w:t>
            </w:r>
            <w:proofErr w:type="gramStart"/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».«</w:t>
            </w:r>
            <w:proofErr w:type="gramEnd"/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Школьник</w:t>
            </w:r>
            <w:proofErr w:type="spellEnd"/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». Поэма «Мороз, Красный нос» (фрагмент)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поэтический текст, в том числе по ролям;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тематическое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содержание стихотворения;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главных героев, лирического героя (автора);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отношение автора к детям;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средства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выразительности;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Заучивать стихотворение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наизусть;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v=OyLFREUa2qg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46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Л. Н. Толстой.</w:t>
            </w:r>
          </w:p>
          <w:p w:rsidR="00842086" w:rsidRPr="00E52986" w:rsidRDefault="00E52986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Рассказ «Кавказский пленник»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текст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рассказа, отвечать на вопросы, пересказывать (подробно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сжато);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основную мысль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рассказа, определять его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композиционные особенности; Выделять ключевые эпизоды в тексте 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план сообщения о главных героях произведения; Составлять сравнительную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характеристику Жилина и </w:t>
            </w:r>
            <w:r w:rsidRPr="00E52986">
              <w:rPr>
                <w:lang w:val="ru-RU"/>
              </w:rPr>
              <w:br/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Костылина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горцев, их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обычаи и нравы;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собственную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интерпретацию и оценку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развёрнутый ответ на вопрос, связанный со знанием и пониманием литературного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youtube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watch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</w:t>
            </w:r>
          </w:p>
          <w:p w:rsidR="00842086" w:rsidRDefault="00E52986">
            <w:pPr>
              <w:autoSpaceDE w:val="0"/>
              <w:autoSpaceDN w:val="0"/>
              <w:spacing w:before="2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v=-1_hODjR8ao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v=1bQuPPbyVfI</w:t>
            </w:r>
          </w:p>
        </w:tc>
      </w:tr>
      <w:tr w:rsidR="00842086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текст рассказа;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пересказывать (подробно и сжато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v=-1_hODjR8ao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v=1bQuPPbyVfI</w:t>
            </w:r>
          </w:p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 w:rsidRPr="003F29D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5.Литература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—ХХ веков</w:t>
            </w:r>
          </w:p>
        </w:tc>
      </w:tr>
      <w:tr w:rsidR="00842086">
        <w:trPr>
          <w:trHeight w:hRule="exact" w:val="30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стихотворение;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его тематическое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средства художественной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выразительности (эпитет;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метафора;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сравнение; олицетворение);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музыкальность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поэтического текста; Выражать личное читательское отношение к прочитанному;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Заучивать одно из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стихотворений наизусть;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v=pkXL7xUUzm4</w:t>
            </w:r>
          </w:p>
        </w:tc>
      </w:tr>
      <w:tr w:rsidR="00842086">
        <w:trPr>
          <w:trHeight w:hRule="exact" w:val="5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Заучивать одно из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стихотворений наизусть;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v=pkXL7xUUzm4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4" w:right="640" w:bottom="62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49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веков.  А. П. Чехов (два рассказа по выбору).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Например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,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Лошадиная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фамилия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»,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Мальчики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»,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«Хирургия» и др.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рассказ, отвечать на вопросы по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прочитанному произведению, задавать вопросы с целью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понимания содержания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произведений, пересказывать близко к тексту;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роль названия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литературном произведении;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произведение с учётом его жанровых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особенностей, с использованием методов смыслового чтения и эстетического анализа, давать собственную интерпретацию и оценку произведениям;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героев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произведения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авторов по заданным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основаниям;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детали, создающие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комический эффект;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Инсценировать один из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рассказов или его фрагмент;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v=HLXarUPxWAA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v=7qURsijDPC0</w:t>
            </w:r>
          </w:p>
        </w:tc>
      </w:tr>
      <w:tr w:rsidR="00842086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М. М. Зощенко (два рассказа по выбору). Например, «Галоша», «Лёля и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Минька»,«Ёлка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», «Золотые слова», «Встреча»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произведения авторов по заданным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основаниям;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детали, создающие комический эффект;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Инсценировать один из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рассказов или его фрагмент; Пользоваться библиотечным каталогом для поиска книги;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v=sgoJmIXGt6I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v=4Gly6YbWRE4</w:t>
            </w:r>
          </w:p>
        </w:tc>
      </w:tr>
      <w:tr w:rsidR="00842086">
        <w:trPr>
          <w:trHeight w:hRule="exact" w:val="35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отечественной литературы о природе и животных (не менее трёх). Например, произведения А. И. Куприна, М. М. Пришвина, К. Г. Паустовского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прозаический текст, отвечать на вопросы, владеть разными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видами пересказа;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план;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сюжет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тематическое своеобразие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и характеризовать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 рассказчика, его роль в повествовании;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средства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выразительности прозаического текста;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Писать отзыв на прочитанное произведение;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v=JGITyp-GZow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4" w:right="640" w:bottom="47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323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А. П. Платонов. Рассказы (один по выбору). Например, «Корова», «Никита»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прозаический текст, отвечать на вопросы по прочитанному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произведению, задавать вопросы с целью понимания содержания произведения, владеть разными видами пересказа;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план;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тему рассказа;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средства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выразительности прозаического текста;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развёрнутый ответ на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вопрос, связанный со знанием и пониманием литературного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v=ZFiHYB9hJ-4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v=ZvO_usHr7T8</w:t>
            </w:r>
          </w:p>
        </w:tc>
      </w:tr>
      <w:tr w:rsidR="00842086">
        <w:trPr>
          <w:trHeight w:hRule="exact" w:val="9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5.7.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развёрнутый ответ на вопрос, связанный со знанием и пониманием литературного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1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v=ZFiHYB9hJ-4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v=ZvO_usHr7T8</w:t>
            </w:r>
          </w:p>
        </w:tc>
      </w:tr>
      <w:tr w:rsidR="00842086">
        <w:trPr>
          <w:trHeight w:hRule="exact" w:val="39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5.8.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В. П. Астафьев. Рассказ «</w:t>
            </w:r>
            <w:proofErr w:type="spellStart"/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Васюткино</w:t>
            </w:r>
            <w:proofErr w:type="spellEnd"/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озеро»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прозаический текст,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пересказывать, участвовать в беседе о произведении;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детали, языковые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средства художественной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выразительности, определять их роль в произведении;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значение незнакомого слова в словаре;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характер главного героя, его взаимоотношение с природой;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роль пейзажа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своё отношение к герою рассказа;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Писать сочинение по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 составленному плану;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v=mCKdBZFaELE</w:t>
            </w:r>
          </w:p>
        </w:tc>
      </w:tr>
      <w:tr w:rsidR="00842086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5.9.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Писать сочинение по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 составленному плану;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50" w:lineRule="auto"/>
              <w:ind w:left="7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v=mCKdBZFaELE</w:t>
            </w:r>
          </w:p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 w:rsidRPr="003F29DF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6. </w:t>
            </w: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Литература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XXI</w:t>
            </w: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веков</w:t>
            </w:r>
          </w:p>
        </w:tc>
      </w:tr>
    </w:tbl>
    <w:p w:rsidR="00842086" w:rsidRPr="00E52986" w:rsidRDefault="00842086">
      <w:pPr>
        <w:autoSpaceDE w:val="0"/>
        <w:autoSpaceDN w:val="0"/>
        <w:spacing w:after="0" w:line="14" w:lineRule="exact"/>
        <w:rPr>
          <w:lang w:val="ru-RU"/>
        </w:rPr>
      </w:pPr>
    </w:p>
    <w:p w:rsidR="00842086" w:rsidRPr="00E52986" w:rsidRDefault="00842086">
      <w:pPr>
        <w:rPr>
          <w:lang w:val="ru-RU"/>
        </w:rPr>
        <w:sectPr w:rsidR="00842086" w:rsidRPr="00E52986">
          <w:pgSz w:w="16840" w:h="11900"/>
          <w:pgMar w:top="284" w:right="640" w:bottom="73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56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 отечественной прозы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Воспринимать и выразительно читать литературное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 (с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цитирования) и самостоятельно формулировать вопросы к тексту;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коллективном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сюжет, тему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произведения, определять его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композиционные особенности; Характеризовать и сопоставлять героев произведения, выявлять художественные средства их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средства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изобразительности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различные виды пересказа 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Письменно отвечать на вопрос; Выражать личное читательское отношение к прочитанному;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Работать со словарями,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значение незнакомых слов;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v=Hz8HBUWeTBs</w:t>
            </w:r>
          </w:p>
        </w:tc>
      </w:tr>
      <w:tr w:rsidR="00842086">
        <w:trPr>
          <w:trHeight w:hRule="exact" w:val="10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литературное произведение;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 (с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цитирования) и самостоятельно формулировать вопросы к тексту;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v=Hz8HBUWeTBs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515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XXI</w:t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веков на тему детства (не менее двух). Например, произведения В. Г. Короленко, В. П. Катаева, В. П. Крапивина, Ю. П. Казакова, А. Г. Алексина, В. П. Астафьева, В. К.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Железникова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Ю. Я. Яковлева, Ю. И. Коваля, А. А.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Гиваргизова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М. С.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Аромштам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Н. Ю.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Абгарян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А. В.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Жвалевского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Е. Б. Пастернак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Воспринимать и выразительно читать литературное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самостоятельно вопросы к тексту, пересказывать прозаические 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тему, идею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главных героев, составлять их словесный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портрет;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героев и их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поступки с другими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персонажами прочитанного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 и персонажами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других произведений;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авторскую позицию; Высказывать своё отношение к событиям, изображённым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Писать отзыв на прочитанную книгу;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Выстраивать с помощью учителя траекторию самостоятельного чтения;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v=vuLpj3t5FlU</w:t>
            </w:r>
          </w:p>
        </w:tc>
      </w:tr>
      <w:tr w:rsidR="00842086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своё отношение к событиям, изображённым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v=vuLpj3t5FlU</w:t>
            </w:r>
          </w:p>
        </w:tc>
      </w:tr>
      <w:tr w:rsidR="00842086">
        <w:trPr>
          <w:trHeight w:hRule="exact" w:val="35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 приключенческого жанра отечественных писателей (одно по выбору). Например, К. Булычёв «Девочка, с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которойничегоне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случится»,«Миллион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приключений» (главы по выбору)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Воспринимать и выразительно читать прозаический текст,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пересказывать текст, используя авторские средства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выразительности;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тему, идею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главных героев, основные события;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Писать отзыв на прочитанное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произведение, аргументировать своё мнение;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Выстраивать с помощью учителя траекторию самостоятельного чтения;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v=CJOKTRT1E1M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4" w:right="640" w:bottom="95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Воспринимать и выразительно читать прозаический текст,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пересказывать текст, используя авторские средства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выразительности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v=CJOKTRT1E1M</w:t>
            </w:r>
          </w:p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 w:rsidRPr="003F29DF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7. </w:t>
            </w:r>
            <w:r w:rsidRPr="00E5298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Литература народов Российской Федерации</w:t>
            </w:r>
          </w:p>
        </w:tc>
      </w:tr>
      <w:tr w:rsidR="00842086">
        <w:trPr>
          <w:trHeight w:hRule="exact" w:val="246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Стихотворения (одно по выбору). Например, Р. Г. Гамзатов. «Песня соловья»; М. Карим. «Эту песню мать мне пела»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поэтический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лирического героя;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общность темы и её художественное воплощение в стихотворениях русской поэзии и в произведениях поэтов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народов России;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художественные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средства выразительности;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50" w:lineRule="auto"/>
              <w:ind w:left="7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v=iFgWyX7A1ms</w:t>
            </w:r>
          </w:p>
        </w:tc>
      </w:tr>
      <w:tr w:rsidR="00842086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поэтический текст;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v=iFgWyX7A1ms</w:t>
            </w:r>
          </w:p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8.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Зарубежная литература</w:t>
            </w:r>
          </w:p>
        </w:tc>
      </w:tr>
      <w:tr w:rsidR="00842086">
        <w:trPr>
          <w:trHeight w:hRule="exact" w:val="34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2" w:right="576"/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Х. К. Андерсен. Сказки (одна по выбору).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Например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,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Снежная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королева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»,«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Соловей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сказку, отвечать на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вопросы, пересказывать;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сюжет,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композиционные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художественные особенности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вопросы к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отдельным фрагментам сказки; Характеризовать главных героев, сравнивать их поступки;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своё отношение к событиям и героям сказки;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связь сказки Х. К.</w:t>
            </w:r>
          </w:p>
          <w:p w:rsidR="00842086" w:rsidRPr="00E52986" w:rsidRDefault="00E52986">
            <w:pPr>
              <w:autoSpaceDE w:val="0"/>
              <w:autoSpaceDN w:val="0"/>
              <w:spacing w:before="20" w:after="0" w:line="250" w:lineRule="auto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Андерсена с фольклорными произведениями;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Пользоваться библиотечным каталогом для поиска книги;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1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v=Mi_QbGxDKMM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842086" w:rsidRDefault="00E52986">
            <w:pPr>
              <w:autoSpaceDE w:val="0"/>
              <w:autoSpaceDN w:val="0"/>
              <w:spacing w:before="1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v=kVT9sTZ6Frc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4" w:right="640" w:bottom="9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36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8.2.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Зарубежная сказочная проза (одно произведение по выбору). Например, Л. Кэрролл. «Алиса в Стране Чудес» (главы); Дж. Р. Р.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Толкин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Хоббит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Туда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обратно» (главы) и др.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произведение, задавать вопросы к отдельным фрагментам,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тему и основную идею прочитанных глав;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Рассуждать о героях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проблематике произведения,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обосновывать свои суждения с опорой на текст;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своеобразие авторской сказочной прозы и её отличие от народной сказки;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ключевые эпизоды в тексте 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Писать отзыв на прочитанное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Пользоваться библиотечным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каталогом для поиска книги;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v=bQqq6k_UX9w</w:t>
            </w:r>
          </w:p>
        </w:tc>
      </w:tr>
      <w:tr w:rsidR="00842086">
        <w:trPr>
          <w:trHeight w:hRule="exact" w:val="33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8.3.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Зарубежная проза о детях и подростках (два произведения по выбору).</w:t>
            </w:r>
          </w:p>
          <w:p w:rsidR="00842086" w:rsidRPr="00E52986" w:rsidRDefault="00E52986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Например, М. Твен. «Приключения Тома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Сойера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 (главы); Дж. Лондон. «Сказание о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Кише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»; Р.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Брэдбери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Рассказы. Например, «Каникулы», «Звук бегущих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ног»,«Зелёное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утро»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Воспринимать и выразительно читать литературное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вопросы, пересказывать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содержание отдельных глав;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тему, идею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главных героев, составлять их словесные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портреты;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героев и их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поступки с другими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персонажами прочитанного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v=TsEZ1jk-SDU</w:t>
            </w:r>
          </w:p>
        </w:tc>
      </w:tr>
      <w:tr w:rsidR="00842086">
        <w:trPr>
          <w:trHeight w:hRule="exact" w:val="16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8.4.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Зарубежная приключенческая проза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литературное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произведение, отвечать на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вопросы;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вопросы к произведению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процессе его анализа;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Сопоставлять произведения по жанровым особенностям;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v=051y-DRurJI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4" w:right="640" w:bottom="131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776"/>
        <w:gridCol w:w="528"/>
        <w:gridCol w:w="1104"/>
        <w:gridCol w:w="1142"/>
        <w:gridCol w:w="804"/>
        <w:gridCol w:w="2376"/>
        <w:gridCol w:w="1118"/>
        <w:gridCol w:w="2258"/>
      </w:tblGrid>
      <w:tr w:rsidR="00842086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8.5.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Зарубежная проза о животных (одно-два произведения по выбору). Например, Э. Сетон-Томпсон. «Королевская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аналостанка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»; Дж. Даррелл. «Говорящий свёрток»; Дж. Лондон. «Белый Клык»; Дж. Р. Киплинг.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Маугли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»,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Рикки-Тикки-Тави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»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Воспринимать и выразительно читать литературное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произведение;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вопросы,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вопросы, пересказывать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содержание произведения или отдельных глав;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Сопоставлять произведения по жанровым особенностям;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v=VVPMWrfuAQo</w:t>
            </w:r>
          </w:p>
        </w:tc>
      </w:tr>
      <w:tr w:rsidR="00842086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8.6.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Воспринимать и выразительно читать литературное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v=iFgWyX7A1ms</w:t>
            </w:r>
          </w:p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9.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Итоговый контроль</w:t>
            </w:r>
          </w:p>
        </w:tc>
      </w:tr>
      <w:tr w:rsidR="00842086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Итоговые контрольные работы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 с творческим заданием.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 v=iFgWyX7A1ms</w:t>
            </w:r>
          </w:p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>
        <w:trPr>
          <w:trHeight w:hRule="exact" w:val="348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88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  <w:tr w:rsidR="00842086">
        <w:trPr>
          <w:trHeight w:hRule="exact" w:val="330"/>
        </w:trPr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65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78" w:line="220" w:lineRule="exact"/>
      </w:pPr>
    </w:p>
    <w:p w:rsidR="00842086" w:rsidRDefault="00E52986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602"/>
        <w:gridCol w:w="732"/>
        <w:gridCol w:w="1620"/>
        <w:gridCol w:w="1668"/>
        <w:gridCol w:w="1164"/>
        <w:gridCol w:w="1190"/>
      </w:tblGrid>
      <w:tr w:rsidR="00842086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842086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086" w:rsidRDefault="00842086"/>
        </w:tc>
      </w:tr>
      <w:tr w:rsidR="008420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Книга-твой друг Мифы народов </w:t>
            </w:r>
            <w:proofErr w:type="gram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России .</w:t>
            </w:r>
            <w:proofErr w:type="gram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Темы, сюжеты, образы.</w:t>
            </w:r>
          </w:p>
          <w:p w:rsidR="00842086" w:rsidRPr="00E52986" w:rsidRDefault="00E52986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Легенды и мифы Древней Греции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Мифы народов России и мира. Подвиги Геракла "Скотный двор царя Авгия".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 w:rsidP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4D285B">
              <w:rPr>
                <w:sz w:val="24"/>
                <w:szCs w:val="24"/>
              </w:rPr>
              <w:br/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Мифы народов России и мира. Миф "Яблоки Гесперид"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другие подвиги Геракла".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 w:rsidP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Мифы народов России и мира. Миф "Яблоки Гесперид"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другие подвиги Геракла".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Внеклассное </w:t>
            </w:r>
            <w:proofErr w:type="gram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чтение .</w:t>
            </w:r>
            <w:proofErr w:type="gram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Геродот "Легенда об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Арионе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Фольклор. Малые жанры фольклора: пословицы, поговорки, загадки.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Фольклор. Малые жанры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фольклора: песни,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пестушки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приговорки, скороговорки.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4" w:lineRule="auto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Развитие речи. Интерпретация пословиц и создание связного текста по пословице.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/>
              <w:ind w:left="72" w:right="288"/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Сказки народов России и мира. жанровые и эстетические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сказок.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сказок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Русские народные сказки.</w:t>
            </w:r>
          </w:p>
          <w:p w:rsidR="00842086" w:rsidRDefault="00E52986">
            <w:pPr>
              <w:autoSpaceDE w:val="0"/>
              <w:autoSpaceDN w:val="0"/>
              <w:spacing w:before="70" w:after="0" w:line="271" w:lineRule="auto"/>
              <w:ind w:left="72" w:right="144"/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"Царевна - лягушка".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помощники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Чудесные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противники.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1900" w:h="16840"/>
          <w:pgMar w:top="298" w:right="650" w:bottom="10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602"/>
        <w:gridCol w:w="732"/>
        <w:gridCol w:w="1620"/>
        <w:gridCol w:w="1668"/>
        <w:gridCol w:w="1164"/>
        <w:gridCol w:w="1190"/>
      </w:tblGrid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/>
              <w:ind w:left="72" w:right="144"/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"Царевна-лягушка". Система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образов. Василиса Премудрая и Иван Царевич.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мораль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характере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поступках героев.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"Иван- крестьянский сын и Чудо-Юдо"". Волшебная сказка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героического содержания. Тема мирного труда и защиты родной земли.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"Журавль и цапля", "Солдатская шинель". Жанровые особенности сказок и животных и бытовых сказок.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71" w:lineRule="auto"/>
              <w:ind w:left="72"/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Внеклассное чтение. Роды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жанры литературы.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Басни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И.А.Крылова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Сравнение басен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В.К.Тредиаковского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"Ворон и Лисица" и </w:t>
            </w:r>
            <w:r w:rsidRPr="00E52986">
              <w:rPr>
                <w:lang w:val="ru-RU"/>
              </w:rPr>
              <w:br/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И.А.Крылова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И.А.Крылов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"Волк и Ягненок", "Волк на псарне".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Мораль в басне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И.А.Крылова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"Свинья под дубом".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62" w:lineRule="auto"/>
              <w:ind w:left="72" w:right="864"/>
            </w:pPr>
            <w:proofErr w:type="gram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.Русская</w:t>
            </w:r>
            <w:proofErr w:type="gram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басня в ХХ веке.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С.В.Михалков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Обучение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инсценированию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басни.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838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А.С.Пушкин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Краткие сведения об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А.С.Пушкине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Пушкин и няня Арина </w:t>
            </w:r>
            <w:r w:rsidRPr="00E52986">
              <w:rPr>
                <w:lang w:val="ru-RU"/>
              </w:rPr>
              <w:br/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Родионовна.Стихотворение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"Няне".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Сказки Пушкина. Жанр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литературной сказки. "Сказка о мертвой царевне и о семи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богатырях"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718"/>
              <w:jc w:val="both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Черты сходства и различия волшебной и литературной сказки.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1900" w:h="16840"/>
          <w:pgMar w:top="284" w:right="650" w:bottom="4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602"/>
        <w:gridCol w:w="732"/>
        <w:gridCol w:w="1620"/>
        <w:gridCol w:w="1668"/>
        <w:gridCol w:w="1164"/>
        <w:gridCol w:w="1190"/>
      </w:tblGrid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образы сказки </w:t>
            </w:r>
            <w:r w:rsidRPr="00E52986">
              <w:rPr>
                <w:lang w:val="ru-RU"/>
              </w:rPr>
              <w:br/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"Сказка о мертвой царевне и о семи богатырях"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Лирика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842086" w:rsidRPr="00E52986" w:rsidRDefault="00E52986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Поэтические картины зимы ( стихи "Зимний вечер", "Зимняя дорога")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Обучение анализу поэтического </w:t>
            </w:r>
            <w:proofErr w:type="spellStart"/>
            <w:proofErr w:type="gram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текста.Стихи</w:t>
            </w:r>
            <w:proofErr w:type="spellEnd"/>
            <w:proofErr w:type="gram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проза.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Ритм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рифма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стопа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838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81" w:lineRule="auto"/>
              <w:ind w:left="72"/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Стихотворение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М.Ю.Лермонтова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"Бородино". Историческая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основа и прототипы героев. </w:t>
            </w:r>
            <w:r w:rsidRPr="00E52986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Бородинское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сражение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герои.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стихотворении М.Ю.</w:t>
            </w:r>
          </w:p>
          <w:p w:rsidR="00842086" w:rsidRDefault="00E52986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Лермонтова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Бородино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Р.Р. Сочинение "Путешествие на поле славы"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  <w:lang w:val="ru-RU"/>
              </w:rPr>
            </w:pPr>
            <w:r w:rsidRPr="004D285B">
              <w:rPr>
                <w:sz w:val="24"/>
                <w:szCs w:val="24"/>
                <w:lang w:val="ru-RU"/>
              </w:rPr>
              <w:t>Письменный контроль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Н.В.Гоголь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"Ночь перед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Рождеством". Фольклорные источники и мотивы.</w:t>
            </w:r>
          </w:p>
          <w:p w:rsidR="00842086" w:rsidRPr="00E52986" w:rsidRDefault="00E52986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Историческая основа повести.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Фантастика и реальность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повести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Н.В.Гоголя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"Ночь перед Рождеством".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Внеклассное чтение.</w:t>
            </w:r>
          </w:p>
          <w:p w:rsidR="00842086" w:rsidRPr="00E52986" w:rsidRDefault="00E52986">
            <w:pPr>
              <w:autoSpaceDE w:val="0"/>
              <w:autoSpaceDN w:val="0"/>
              <w:spacing w:before="72" w:after="0" w:line="262" w:lineRule="auto"/>
              <w:ind w:left="72" w:right="720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Художественный пересказ эпизода..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Тестирование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Детские впечатления </w:t>
            </w:r>
            <w:r w:rsidRPr="00E52986">
              <w:rPr>
                <w:lang w:val="ru-RU"/>
              </w:rPr>
              <w:br/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И.С.Тургенева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Рассказ "Муму".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Герасима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62" w:lineRule="auto"/>
              <w:ind w:left="72" w:right="432"/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Герасим и дворня. Герасим и барыня.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Герасим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Татьяна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Герасим и Муму. Немой протест героя - символ безмолвия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крепостных крестьян.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602"/>
        <w:gridCol w:w="732"/>
        <w:gridCol w:w="1620"/>
        <w:gridCol w:w="1668"/>
        <w:gridCol w:w="1164"/>
        <w:gridCol w:w="1190"/>
      </w:tblGrid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Превосходство Герасима над челядью. Протест против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крепостничества.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4D285B">
        <w:trPr>
          <w:trHeight w:hRule="exact" w:val="67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Чтение рассказа «Муму»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Сочинение "Эпизод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рассказа, который произвел на меня самое сильное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впечатление".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BE75EC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lang w:val="ru-RU"/>
              </w:rPr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Н.А.Некрасов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Детские впечатления поэта.</w:t>
            </w:r>
          </w:p>
          <w:p w:rsidR="00842086" w:rsidRPr="00E52986" w:rsidRDefault="00E52986">
            <w:pPr>
              <w:autoSpaceDE w:val="0"/>
              <w:autoSpaceDN w:val="0"/>
              <w:spacing w:before="72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"Крестьянские дети".</w:t>
            </w:r>
          </w:p>
          <w:p w:rsidR="00842086" w:rsidRPr="00E52986" w:rsidRDefault="00E52986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Особенности композиции произведения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Основная тема стихотворения "Крестьянские дети" и способы ее раскрытия.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Н.А. Некрасов поэма «Мороз –красный нос»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Л.Н.Толстой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Яснополянская школа. Историко-литературная основа рассказа "Кавказский пленник"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Письменный контроль;</w:t>
            </w:r>
          </w:p>
        </w:tc>
      </w:tr>
      <w:tr w:rsidR="00842086" w:rsidTr="004D285B">
        <w:trPr>
          <w:trHeight w:hRule="exact" w:val="125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71" w:lineRule="auto"/>
              <w:ind w:left="72" w:right="144"/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Л.Н.Толстой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"Кавказский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пленник". Жилин и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Костылин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плену.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фабула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Письменный контроль;</w:t>
            </w:r>
          </w:p>
        </w:tc>
      </w:tr>
      <w:tr w:rsidR="00842086" w:rsidTr="004D285B">
        <w:trPr>
          <w:trHeight w:hRule="exact" w:val="127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71" w:lineRule="auto"/>
              <w:ind w:left="72" w:right="720"/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Л.Н.Толстой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"Кавказский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пленниик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дружбы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рассказе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Письменный контроль;</w:t>
            </w:r>
          </w:p>
        </w:tc>
      </w:tr>
      <w:tr w:rsidR="00842086" w:rsidTr="004D285B">
        <w:trPr>
          <w:trHeight w:hRule="exact" w:val="1277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71" w:lineRule="auto"/>
              <w:ind w:left="72" w:right="144"/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Две жизненные позиции в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рассказе "Кавказский пленник".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Художественная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рассказа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Письменный контроль;</w:t>
            </w:r>
          </w:p>
        </w:tc>
      </w:tr>
      <w:tr w:rsidR="00842086" w:rsidTr="004D285B">
        <w:trPr>
          <w:trHeight w:hRule="exact" w:val="71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Под страхом смерти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Устный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опрос; </w:t>
            </w:r>
            <w:r w:rsidRPr="004D285B">
              <w:rPr>
                <w:sz w:val="24"/>
                <w:szCs w:val="24"/>
                <w:lang w:val="ru-RU"/>
              </w:rPr>
              <w:br/>
            </w: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Письменный контроль;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Сочинение "Над чем меня заставил задуматься рассказ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Л.Н.Толстого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"Кавказский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пленник"?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Контрольная работа;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Поэтический образ родины.</w:t>
            </w:r>
          </w:p>
          <w:p w:rsidR="00842086" w:rsidRPr="00E52986" w:rsidRDefault="00E52986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 в лирике 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Ф.И.Тютчева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48.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 природы и родины в лирике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А.Н.Плещеева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602"/>
        <w:gridCol w:w="732"/>
        <w:gridCol w:w="1620"/>
        <w:gridCol w:w="1668"/>
        <w:gridCol w:w="1164"/>
        <w:gridCol w:w="1190"/>
      </w:tblGrid>
      <w:tr w:rsidR="00842086" w:rsidTr="004D285B">
        <w:trPr>
          <w:trHeight w:hRule="exact" w:val="70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 в лирике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И.С.Никитин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 родины и природы в лирике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Ф.И.Тютчева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E52986">
              <w:rPr>
                <w:lang w:val="ru-RU"/>
              </w:rPr>
              <w:br/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И.С.Сурикова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Написать небольшое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рассуждение на тему "Какое стихотворение мне ближе и почему"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Юмористический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сатирический талант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А.П.Чехова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842086" w:rsidRDefault="00E52986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Хирургия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Рассказ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А.П.Чехова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1 по выбору («Лошадиная фамилия»)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 М. Зощенко «Елка»,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«Встреча», «Золотые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слова»,«Галоша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 «Леля и Минька»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 М. Зощенко «Елка»,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«Встреча», «Золотые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слова»,«Галоша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 «Леля и Минька»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животных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И.А.Бунин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«Косцы»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С.А.Есенин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«Я покинул родимый дом»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71" w:lineRule="auto"/>
              <w:ind w:left="72"/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К.Г.Паустовский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"Заячьи лапы", " Тёплый хлеб".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71" w:lineRule="auto"/>
              <w:ind w:left="72"/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К.Г.Паустовский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"Заячьи лапы", " Тёплый хлеб".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А.П.Платонов «Никита»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Р.Р.Сочинение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 произведениям отечественной литературы о </w:t>
            </w:r>
            <w:r w:rsidRPr="00E52986">
              <w:rPr>
                <w:lang w:val="ru-RU"/>
              </w:rPr>
              <w:br/>
            </w: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природе и животных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  <w:lang w:val="ru-RU"/>
              </w:rPr>
            </w:pPr>
            <w:r w:rsidRPr="004D285B">
              <w:rPr>
                <w:sz w:val="24"/>
                <w:szCs w:val="24"/>
                <w:lang w:val="ru-RU"/>
              </w:rPr>
              <w:t>Сочинение</w:t>
            </w:r>
          </w:p>
        </w:tc>
      </w:tr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lang w:val="ru-RU"/>
              </w:rPr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В.П.Астафьев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Рассказ«Васюткино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озеро»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lang w:val="ru-RU"/>
              </w:rPr>
            </w:pP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В.П.Астафьев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Рассказ«Васюткино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озеро»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602"/>
        <w:gridCol w:w="732"/>
        <w:gridCol w:w="1620"/>
        <w:gridCol w:w="1668"/>
        <w:gridCol w:w="1164"/>
        <w:gridCol w:w="1190"/>
      </w:tblGrid>
      <w:tr w:rsidR="008420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Р.Р. Сочинение по творчеству </w:t>
            </w:r>
            <w:proofErr w:type="spellStart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В.П.Астафьева</w:t>
            </w:r>
            <w:proofErr w:type="spellEnd"/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  <w:lang w:val="ru-RU"/>
              </w:rPr>
            </w:pPr>
            <w:r w:rsidRPr="004D285B">
              <w:rPr>
                <w:sz w:val="24"/>
                <w:szCs w:val="24"/>
                <w:lang w:val="ru-RU"/>
              </w:rPr>
              <w:t>Сочинение</w:t>
            </w:r>
          </w:p>
        </w:tc>
      </w:tr>
      <w:tr w:rsidR="00842086" w:rsidTr="00E52986">
        <w:trPr>
          <w:trHeight w:hRule="exact" w:val="7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 w:rsidP="00E52986">
            <w:pPr>
              <w:tabs>
                <w:tab w:val="left" w:pos="936"/>
              </w:tabs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Л.А.Кассиль</w:t>
            </w:r>
            <w:proofErr w:type="spellEnd"/>
            <w:r w:rsidRPr="00E52986">
              <w:rPr>
                <w:sz w:val="24"/>
                <w:lang w:val="ru-RU"/>
              </w:rPr>
              <w:t xml:space="preserve"> «Дорогие мои мальчишки»</w:t>
            </w:r>
            <w:r w:rsidRPr="00E52986">
              <w:rPr>
                <w:lang w:val="ru-RU"/>
              </w:rPr>
              <w:tab/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7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Ю.Я.Яковлев</w:t>
            </w:r>
            <w:proofErr w:type="spellEnd"/>
            <w:r w:rsidRPr="00E52986">
              <w:rPr>
                <w:sz w:val="24"/>
                <w:lang w:val="ru-RU"/>
              </w:rPr>
              <w:t xml:space="preserve"> «Девочки с Васильевского острова»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 w:rsidP="00E52986">
            <w:pPr>
              <w:tabs>
                <w:tab w:val="left" w:pos="1344"/>
              </w:tabs>
              <w:rPr>
                <w:lang w:val="ru-RU"/>
              </w:rPr>
            </w:pPr>
            <w:proofErr w:type="spellStart"/>
            <w:r w:rsidRPr="00E52986">
              <w:rPr>
                <w:spacing w:val="-2"/>
                <w:sz w:val="24"/>
                <w:lang w:val="ru-RU"/>
              </w:rPr>
              <w:t>В.П.Катаев</w:t>
            </w:r>
            <w:proofErr w:type="spellEnd"/>
            <w:r w:rsidRPr="00E52986">
              <w:rPr>
                <w:spacing w:val="-2"/>
                <w:sz w:val="24"/>
                <w:lang w:val="ru-RU"/>
              </w:rPr>
              <w:t xml:space="preserve"> «Сын полка»</w:t>
            </w:r>
            <w:r w:rsidRPr="00E52986">
              <w:rPr>
                <w:lang w:val="ru-RU"/>
              </w:rPr>
              <w:tab/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roofErr w:type="spellStart"/>
            <w:r w:rsidRPr="00E9132F">
              <w:rPr>
                <w:b/>
                <w:spacing w:val="-2"/>
                <w:sz w:val="24"/>
              </w:rPr>
              <w:t>Вн.чт</w:t>
            </w:r>
            <w:proofErr w:type="spellEnd"/>
            <w:r w:rsidRPr="00E9132F"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114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В.Г.Короленко</w:t>
            </w:r>
            <w:proofErr w:type="spellEnd"/>
            <w:r w:rsidRPr="00E52986">
              <w:rPr>
                <w:sz w:val="24"/>
                <w:lang w:val="ru-RU"/>
              </w:rPr>
              <w:t xml:space="preserve"> " В дурном обществе". Жизнь среди серых камней. Семья пана </w:t>
            </w:r>
            <w:proofErr w:type="spellStart"/>
            <w:r w:rsidRPr="00E52986">
              <w:rPr>
                <w:spacing w:val="-2"/>
                <w:sz w:val="24"/>
                <w:lang w:val="ru-RU"/>
              </w:rPr>
              <w:t>Тыбурция</w:t>
            </w:r>
            <w:proofErr w:type="spellEnd"/>
            <w:r w:rsidRPr="00E52986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1123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В.Г.Короленко</w:t>
            </w:r>
            <w:proofErr w:type="spellEnd"/>
            <w:r w:rsidRPr="00E52986">
              <w:rPr>
                <w:sz w:val="24"/>
                <w:lang w:val="ru-RU"/>
              </w:rPr>
              <w:t xml:space="preserve"> " В дурном обществе". Жизнь среди серых камней. Семья пана </w:t>
            </w:r>
            <w:proofErr w:type="spellStart"/>
            <w:r w:rsidRPr="00E52986">
              <w:rPr>
                <w:spacing w:val="-2"/>
                <w:sz w:val="24"/>
                <w:lang w:val="ru-RU"/>
              </w:rPr>
              <w:t>Тыбурция</w:t>
            </w:r>
            <w:proofErr w:type="spellEnd"/>
            <w:r w:rsidRPr="00E52986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7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В.П.Астафьев</w:t>
            </w:r>
            <w:proofErr w:type="spellEnd"/>
            <w:r w:rsidRPr="00E52986">
              <w:rPr>
                <w:sz w:val="24"/>
                <w:lang w:val="ru-RU"/>
              </w:rPr>
              <w:t xml:space="preserve"> «Фотография, на которой меня нет»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4D285B">
        <w:trPr>
          <w:trHeight w:hRule="exact" w:val="70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r>
              <w:rPr>
                <w:sz w:val="24"/>
              </w:rPr>
              <w:t>Р.Р.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4D285B">
        <w:trPr>
          <w:trHeight w:hRule="exact" w:val="7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roofErr w:type="spellStart"/>
            <w:r>
              <w:rPr>
                <w:spacing w:val="-2"/>
                <w:sz w:val="24"/>
              </w:rPr>
              <w:t>Саша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Черный</w:t>
            </w:r>
            <w:proofErr w:type="spellEnd"/>
            <w:r>
              <w:rPr>
                <w:spacing w:val="-2"/>
                <w:sz w:val="24"/>
              </w:rPr>
              <w:t xml:space="preserve"> «</w:t>
            </w:r>
            <w:proofErr w:type="spellStart"/>
            <w:r>
              <w:rPr>
                <w:spacing w:val="-2"/>
                <w:sz w:val="24"/>
              </w:rPr>
              <w:t>Игорь-Робинзон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4D285B">
        <w:trPr>
          <w:trHeight w:hRule="exact" w:val="7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roofErr w:type="spellStart"/>
            <w:r>
              <w:rPr>
                <w:spacing w:val="-2"/>
                <w:sz w:val="24"/>
              </w:rPr>
              <w:t>Вн.чт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7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pStyle w:val="TableParagraph"/>
              <w:spacing w:before="0" w:line="292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Стихотворение )одно</w:t>
            </w:r>
            <w:proofErr w:type="gramEnd"/>
            <w:r>
              <w:rPr>
                <w:sz w:val="24"/>
              </w:rPr>
              <w:t xml:space="preserve"> по выбору) </w:t>
            </w:r>
          </w:p>
          <w:p w:rsidR="00842086" w:rsidRPr="00E52986" w:rsidRDefault="00E52986" w:rsidP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Р.Г.Гамзатов</w:t>
            </w:r>
            <w:proofErr w:type="spellEnd"/>
            <w:r w:rsidRPr="00E52986">
              <w:rPr>
                <w:sz w:val="24"/>
                <w:lang w:val="ru-RU"/>
              </w:rPr>
              <w:t xml:space="preserve"> «Песня соловья»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4D285B">
        <w:trPr>
          <w:trHeight w:hRule="exact" w:val="77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r>
              <w:rPr>
                <w:sz w:val="24"/>
              </w:rPr>
              <w:t>Р.Р.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107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Г.Х.Андерсен</w:t>
            </w:r>
            <w:proofErr w:type="spellEnd"/>
            <w:r w:rsidRPr="00E52986">
              <w:rPr>
                <w:sz w:val="24"/>
                <w:lang w:val="ru-RU"/>
              </w:rPr>
              <w:t xml:space="preserve"> "Снежная королева"-</w:t>
            </w:r>
            <w:r w:rsidRPr="00E52986">
              <w:rPr>
                <w:spacing w:val="-13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сказка</w:t>
            </w:r>
            <w:r w:rsidRPr="00E52986">
              <w:rPr>
                <w:spacing w:val="-13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о</w:t>
            </w:r>
            <w:r w:rsidRPr="00E52986">
              <w:rPr>
                <w:spacing w:val="-13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победе любви и добра.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113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Г.Х.Андерсен</w:t>
            </w:r>
            <w:proofErr w:type="spellEnd"/>
            <w:r w:rsidRPr="00E52986">
              <w:rPr>
                <w:sz w:val="24"/>
                <w:lang w:val="ru-RU"/>
              </w:rPr>
              <w:t xml:space="preserve"> " Снежная королева".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 xml:space="preserve">Превосходство душевной красоты над </w:t>
            </w:r>
            <w:r w:rsidRPr="00E52986">
              <w:rPr>
                <w:spacing w:val="-2"/>
                <w:sz w:val="24"/>
                <w:lang w:val="ru-RU"/>
              </w:rPr>
              <w:t>внешней.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7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Л.Кэрролл</w:t>
            </w:r>
            <w:proofErr w:type="spellEnd"/>
            <w:r w:rsidRPr="00E52986">
              <w:rPr>
                <w:sz w:val="24"/>
                <w:lang w:val="ru-RU"/>
              </w:rPr>
              <w:t xml:space="preserve"> «Алиса в стране чудес»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7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Л.Кэрролл</w:t>
            </w:r>
            <w:proofErr w:type="spellEnd"/>
            <w:r w:rsidRPr="00E52986">
              <w:rPr>
                <w:sz w:val="24"/>
                <w:lang w:val="ru-RU"/>
              </w:rPr>
              <w:t xml:space="preserve"> «Алиса в стране чудес»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7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r w:rsidRPr="00E52986">
              <w:rPr>
                <w:sz w:val="24"/>
                <w:lang w:val="ru-RU"/>
              </w:rPr>
              <w:t xml:space="preserve">М. Твен «Приключения Тома </w:t>
            </w:r>
            <w:proofErr w:type="spellStart"/>
            <w:r w:rsidRPr="00E52986">
              <w:rPr>
                <w:sz w:val="24"/>
                <w:lang w:val="ru-RU"/>
              </w:rPr>
              <w:t>Сойера</w:t>
            </w:r>
            <w:proofErr w:type="spellEnd"/>
            <w:r w:rsidRPr="00E52986">
              <w:rPr>
                <w:sz w:val="24"/>
                <w:lang w:val="ru-RU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4D285B">
        <w:trPr>
          <w:trHeight w:hRule="exact" w:val="62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Дж.Лондон</w:t>
            </w:r>
            <w:proofErr w:type="spellEnd"/>
            <w:r w:rsidRPr="00E52986">
              <w:rPr>
                <w:sz w:val="24"/>
                <w:lang w:val="ru-RU"/>
              </w:rPr>
              <w:t xml:space="preserve"> «Сказание о </w:t>
            </w:r>
            <w:proofErr w:type="spellStart"/>
            <w:r w:rsidRPr="00E52986">
              <w:rPr>
                <w:sz w:val="24"/>
                <w:lang w:val="ru-RU"/>
              </w:rPr>
              <w:t>Кише</w:t>
            </w:r>
            <w:proofErr w:type="spellEnd"/>
            <w:r w:rsidRPr="00E52986">
              <w:rPr>
                <w:sz w:val="24"/>
                <w:lang w:val="ru-RU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roofErr w:type="spellStart"/>
            <w:r>
              <w:rPr>
                <w:sz w:val="24"/>
              </w:rPr>
              <w:t>Д.Дефо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Робинзон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Крузо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FD103D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E52986">
        <w:trPr>
          <w:trHeight w:hRule="exact" w:val="8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84.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pStyle w:val="TableParagraph"/>
              <w:spacing w:line="292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Дж.Лондон</w:t>
            </w:r>
            <w:proofErr w:type="spellEnd"/>
            <w:r>
              <w:rPr>
                <w:sz w:val="24"/>
              </w:rPr>
              <w:t xml:space="preserve"> «Белый Клык» или </w:t>
            </w:r>
            <w:proofErr w:type="spellStart"/>
            <w:r>
              <w:rPr>
                <w:sz w:val="24"/>
              </w:rPr>
              <w:t>Р.Кимплинг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FD103D" w:rsidP="00E52986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4D285B">
        <w:trPr>
          <w:trHeight w:hRule="exact" w:val="69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roofErr w:type="spellStart"/>
            <w:r>
              <w:rPr>
                <w:sz w:val="24"/>
              </w:rPr>
              <w:t>Вн.чт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FD103D" w:rsidP="00E52986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FD103D">
        <w:trPr>
          <w:trHeight w:hRule="exact" w:val="7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roofErr w:type="spellStart"/>
            <w:r>
              <w:rPr>
                <w:sz w:val="24"/>
              </w:rPr>
              <w:t>Итоговые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FD103D" w:rsidP="00E529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8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</w:p>
        </w:tc>
      </w:tr>
      <w:tr w:rsidR="00E52986" w:rsidTr="00E52986">
        <w:trPr>
          <w:trHeight w:hRule="exact" w:val="15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r w:rsidRPr="00E52986">
              <w:rPr>
                <w:sz w:val="24"/>
                <w:lang w:val="ru-RU"/>
              </w:rPr>
              <w:t>Зарубежная</w:t>
            </w:r>
            <w:r w:rsidRPr="00E52986">
              <w:rPr>
                <w:spacing w:val="-13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сказочная</w:t>
            </w:r>
            <w:r w:rsidRPr="00E52986">
              <w:rPr>
                <w:spacing w:val="-13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 xml:space="preserve">проза по </w:t>
            </w:r>
            <w:proofErr w:type="gramStart"/>
            <w:r w:rsidRPr="00E52986">
              <w:rPr>
                <w:sz w:val="24"/>
                <w:lang w:val="ru-RU"/>
              </w:rPr>
              <w:t>выбору .</w:t>
            </w:r>
            <w:proofErr w:type="gramEnd"/>
            <w:r w:rsidRPr="00E52986">
              <w:rPr>
                <w:sz w:val="24"/>
                <w:lang w:val="ru-RU"/>
              </w:rPr>
              <w:t xml:space="preserve"> </w:t>
            </w:r>
            <w:proofErr w:type="spellStart"/>
            <w:r w:rsidRPr="00E52986">
              <w:rPr>
                <w:sz w:val="24"/>
                <w:lang w:val="ru-RU"/>
              </w:rPr>
              <w:t>Л.Керолл</w:t>
            </w:r>
            <w:proofErr w:type="spellEnd"/>
            <w:r w:rsidRPr="00E52986">
              <w:rPr>
                <w:sz w:val="24"/>
                <w:lang w:val="ru-RU"/>
              </w:rPr>
              <w:t xml:space="preserve"> " Алиса</w:t>
            </w:r>
            <w:r w:rsidRPr="00E52986">
              <w:rPr>
                <w:spacing w:val="-10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в</w:t>
            </w:r>
            <w:r w:rsidRPr="00E52986">
              <w:rPr>
                <w:spacing w:val="-10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стране</w:t>
            </w:r>
            <w:r w:rsidRPr="00E52986">
              <w:rPr>
                <w:spacing w:val="-10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чудес.</w:t>
            </w:r>
            <w:r w:rsidRPr="00E52986">
              <w:rPr>
                <w:spacing w:val="-10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Стиль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язык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художественные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приёмы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FD103D" w:rsidP="00E52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E52986">
        <w:trPr>
          <w:trHeight w:hRule="exact" w:val="11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E52986" w:rsidRDefault="00E52986" w:rsidP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Л.Керролл</w:t>
            </w:r>
            <w:proofErr w:type="spellEnd"/>
            <w:r w:rsidRPr="00E52986">
              <w:rPr>
                <w:spacing w:val="-10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"</w:t>
            </w:r>
            <w:r w:rsidRPr="00E52986">
              <w:rPr>
                <w:spacing w:val="-10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Алиса</w:t>
            </w:r>
            <w:r w:rsidRPr="00E52986">
              <w:rPr>
                <w:spacing w:val="-9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в</w:t>
            </w:r>
            <w:r w:rsidRPr="00E52986">
              <w:rPr>
                <w:spacing w:val="-10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стране чудес". Стиль и язык, художественные приёмы.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FD103D" w:rsidP="00E52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E52986">
        <w:trPr>
          <w:trHeight w:hRule="exact" w:val="85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roofErr w:type="spellStart"/>
            <w:r>
              <w:rPr>
                <w:sz w:val="24"/>
              </w:rPr>
              <w:t>Художественный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4D285B" w:rsidP="00E52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E52986">
        <w:trPr>
          <w:trHeight w:hRule="exact" w:val="7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E52986" w:rsidRDefault="00E52986" w:rsidP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М.М.Зощенко</w:t>
            </w:r>
            <w:proofErr w:type="spellEnd"/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"Лёля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 xml:space="preserve">и </w:t>
            </w:r>
            <w:r w:rsidRPr="00E52986">
              <w:rPr>
                <w:spacing w:val="-2"/>
                <w:sz w:val="24"/>
                <w:lang w:val="ru-RU"/>
              </w:rPr>
              <w:t>Минька".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4D285B" w:rsidP="00E52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E52986">
        <w:trPr>
          <w:trHeight w:hRule="exact" w:val="8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E52986" w:rsidRDefault="00E52986" w:rsidP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М.Твен</w:t>
            </w:r>
            <w:proofErr w:type="spellEnd"/>
            <w:r w:rsidRPr="00E52986">
              <w:rPr>
                <w:sz w:val="24"/>
                <w:lang w:val="ru-RU"/>
              </w:rPr>
              <w:t xml:space="preserve"> " Приключения Тома</w:t>
            </w:r>
            <w:r w:rsidRPr="00E52986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E52986">
              <w:rPr>
                <w:sz w:val="24"/>
                <w:lang w:val="ru-RU"/>
              </w:rPr>
              <w:t>Сойера</w:t>
            </w:r>
            <w:proofErr w:type="spellEnd"/>
            <w:r w:rsidRPr="00E52986">
              <w:rPr>
                <w:sz w:val="24"/>
                <w:lang w:val="ru-RU"/>
              </w:rPr>
              <w:t>"-</w:t>
            </w:r>
            <w:r w:rsidRPr="00E52986">
              <w:rPr>
                <w:spacing w:val="-13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главы.</w:t>
            </w:r>
            <w:r w:rsidRPr="00E52986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Мир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детства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4D285B" w:rsidP="00E52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E52986">
        <w:trPr>
          <w:trHeight w:hRule="exact" w:val="7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E52986" w:rsidRDefault="00E52986" w:rsidP="00E52986">
            <w:pPr>
              <w:rPr>
                <w:lang w:val="ru-RU"/>
              </w:rPr>
            </w:pPr>
            <w:proofErr w:type="spellStart"/>
            <w:r w:rsidRPr="00E52986">
              <w:rPr>
                <w:sz w:val="24"/>
                <w:lang w:val="ru-RU"/>
              </w:rPr>
              <w:t>Р.Бредбери</w:t>
            </w:r>
            <w:proofErr w:type="spellEnd"/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"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Каникулы". Хрупкость мира.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4D285B" w:rsidP="00E52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E52986">
        <w:trPr>
          <w:trHeight w:hRule="exact" w:val="105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E52986" w:rsidRDefault="00E52986" w:rsidP="00E52986">
            <w:pPr>
              <w:rPr>
                <w:lang w:val="ru-RU"/>
              </w:rPr>
            </w:pPr>
            <w:r w:rsidRPr="00E52986">
              <w:rPr>
                <w:sz w:val="24"/>
                <w:lang w:val="ru-RU"/>
              </w:rPr>
              <w:t xml:space="preserve">Образы детей в </w:t>
            </w:r>
            <w:r w:rsidRPr="00E52986">
              <w:rPr>
                <w:spacing w:val="-2"/>
                <w:sz w:val="24"/>
                <w:lang w:val="ru-RU"/>
              </w:rPr>
              <w:t xml:space="preserve">литературных произведениях. </w:t>
            </w: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4D285B" w:rsidP="00E52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E52986" w:rsidTr="00E52986">
        <w:trPr>
          <w:trHeight w:hRule="exact" w:val="11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E52986" w:rsidRDefault="00E52986" w:rsidP="00E52986">
            <w:pPr>
              <w:rPr>
                <w:lang w:val="ru-RU"/>
              </w:rPr>
            </w:pPr>
            <w:r w:rsidRPr="00E52986">
              <w:rPr>
                <w:spacing w:val="-2"/>
                <w:sz w:val="24"/>
                <w:lang w:val="ru-RU"/>
              </w:rPr>
              <w:t xml:space="preserve">Зарубежная </w:t>
            </w:r>
            <w:r w:rsidRPr="00E52986">
              <w:rPr>
                <w:sz w:val="24"/>
                <w:lang w:val="ru-RU"/>
              </w:rPr>
              <w:t>приключенческая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проза. Р.Л.</w:t>
            </w:r>
            <w:r w:rsidRPr="00E52986">
              <w:rPr>
                <w:spacing w:val="-1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Стивенсон</w:t>
            </w:r>
            <w:r w:rsidRPr="00E52986">
              <w:rPr>
                <w:spacing w:val="-1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"Остров сокровищ"( главы).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Default="00E52986" w:rsidP="00E529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2986" w:rsidRPr="004D285B" w:rsidRDefault="004D285B" w:rsidP="00E52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1900" w:h="16840"/>
          <w:pgMar w:top="284" w:right="650" w:bottom="3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602"/>
        <w:gridCol w:w="732"/>
        <w:gridCol w:w="1620"/>
        <w:gridCol w:w="1668"/>
        <w:gridCol w:w="1164"/>
        <w:gridCol w:w="1190"/>
      </w:tblGrid>
      <w:tr w:rsidR="00842086" w:rsidTr="00E52986">
        <w:trPr>
          <w:trHeight w:hRule="exact" w:val="9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r w:rsidRPr="00E52986">
              <w:rPr>
                <w:spacing w:val="-2"/>
                <w:sz w:val="24"/>
                <w:lang w:val="ru-RU"/>
              </w:rPr>
              <w:t xml:space="preserve">Зарубежная </w:t>
            </w:r>
            <w:r w:rsidRPr="00E52986">
              <w:rPr>
                <w:sz w:val="24"/>
                <w:lang w:val="ru-RU"/>
              </w:rPr>
              <w:t>приключенческая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проза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Р.Л. Стивенсон "Чёрная</w:t>
            </w:r>
            <w:r w:rsidRPr="00E52986">
              <w:rPr>
                <w:spacing w:val="-1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 xml:space="preserve">стрела"- </w:t>
            </w:r>
            <w:r w:rsidRPr="00E52986">
              <w:rPr>
                <w:spacing w:val="-2"/>
                <w:sz w:val="24"/>
                <w:lang w:val="ru-RU"/>
              </w:rPr>
              <w:t>главы.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4D285B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10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roofErr w:type="spellStart"/>
            <w:r w:rsidRPr="00E52986">
              <w:rPr>
                <w:sz w:val="24"/>
                <w:lang w:val="ru-RU"/>
              </w:rPr>
              <w:t>Дж.Лондон</w:t>
            </w:r>
            <w:proofErr w:type="spellEnd"/>
            <w:r w:rsidRPr="00E52986">
              <w:rPr>
                <w:spacing w:val="-12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"</w:t>
            </w:r>
            <w:r w:rsidRPr="00E52986">
              <w:rPr>
                <w:spacing w:val="-13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Сказание</w:t>
            </w:r>
            <w:r w:rsidRPr="00E52986">
              <w:rPr>
                <w:spacing w:val="-12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 xml:space="preserve">о </w:t>
            </w:r>
            <w:proofErr w:type="spellStart"/>
            <w:r w:rsidRPr="00E52986">
              <w:rPr>
                <w:sz w:val="24"/>
                <w:lang w:val="ru-RU"/>
              </w:rPr>
              <w:t>Кише</w:t>
            </w:r>
            <w:proofErr w:type="spellEnd"/>
            <w:r w:rsidRPr="00E52986">
              <w:rPr>
                <w:sz w:val="24"/>
                <w:lang w:val="ru-RU"/>
              </w:rPr>
              <w:t>".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Повествование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spellStart"/>
            <w:r>
              <w:rPr>
                <w:sz w:val="24"/>
              </w:rPr>
              <w:t>взрослении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ребёнка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4D285B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roofErr w:type="spellStart"/>
            <w:r>
              <w:rPr>
                <w:sz w:val="24"/>
              </w:rPr>
              <w:t>Зарубежная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Итоговое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обобщение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4D285B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4D285B">
              <w:rPr>
                <w:sz w:val="24"/>
                <w:szCs w:val="24"/>
              </w:rPr>
              <w:br/>
            </w:r>
            <w:proofErr w:type="spellStart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4D285B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</w:tr>
      <w:tr w:rsidR="00842086" w:rsidTr="004D285B">
        <w:trPr>
          <w:trHeight w:hRule="exact" w:val="71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A331E1" w:rsidRDefault="00A331E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4D285B">
            <w:pPr>
              <w:rPr>
                <w:sz w:val="24"/>
                <w:szCs w:val="24"/>
                <w:lang w:val="ru-RU"/>
              </w:rPr>
            </w:pPr>
            <w:r w:rsidRPr="004D285B">
              <w:rPr>
                <w:sz w:val="24"/>
                <w:szCs w:val="24"/>
                <w:lang w:val="ru-RU"/>
              </w:rPr>
              <w:t>Контрольная работа</w:t>
            </w:r>
          </w:p>
        </w:tc>
      </w:tr>
      <w:tr w:rsidR="00842086" w:rsidTr="004D285B">
        <w:trPr>
          <w:trHeight w:hRule="exact" w:val="6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A331E1" w:rsidRDefault="00A331E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4D285B" w:rsidP="00A331E1">
            <w:pPr>
              <w:jc w:val="center"/>
              <w:rPr>
                <w:sz w:val="24"/>
                <w:szCs w:val="24"/>
                <w:lang w:val="ru-RU"/>
              </w:rPr>
            </w:pPr>
            <w:r w:rsidRPr="004D285B">
              <w:rPr>
                <w:sz w:val="24"/>
                <w:szCs w:val="24"/>
                <w:lang w:val="ru-RU"/>
              </w:rPr>
              <w:t>Контрольная работа</w:t>
            </w:r>
          </w:p>
        </w:tc>
      </w:tr>
      <w:tr w:rsidR="00842086" w:rsidTr="00A331E1">
        <w:trPr>
          <w:trHeight w:hRule="exact" w:val="11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100.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r w:rsidRPr="00E52986">
              <w:rPr>
                <w:sz w:val="24"/>
                <w:lang w:val="ru-RU"/>
              </w:rPr>
              <w:t>Обобщение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изученного: мой читательский опыт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A331E1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spacing w:val="-2"/>
                <w:sz w:val="24"/>
                <w:szCs w:val="24"/>
              </w:rPr>
              <w:t>Практическая</w:t>
            </w:r>
            <w:proofErr w:type="spellEnd"/>
            <w:r w:rsidRPr="004D285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285B">
              <w:rPr>
                <w:spacing w:val="-2"/>
                <w:sz w:val="24"/>
                <w:szCs w:val="24"/>
              </w:rPr>
              <w:t>работа</w:t>
            </w:r>
            <w:proofErr w:type="spellEnd"/>
            <w:r w:rsidRPr="004D285B">
              <w:rPr>
                <w:spacing w:val="-2"/>
                <w:sz w:val="24"/>
                <w:szCs w:val="24"/>
              </w:rPr>
              <w:t>;</w:t>
            </w:r>
          </w:p>
        </w:tc>
      </w:tr>
      <w:tr w:rsidR="00842086" w:rsidTr="00E52986">
        <w:trPr>
          <w:trHeight w:hRule="exact" w:val="7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101.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r w:rsidRPr="00E52986">
              <w:rPr>
                <w:sz w:val="24"/>
                <w:lang w:val="ru-RU"/>
              </w:rPr>
              <w:t>Обобщение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 xml:space="preserve">изученного. Мои любимые </w:t>
            </w:r>
            <w:r w:rsidRPr="00E52986">
              <w:rPr>
                <w:spacing w:val="-2"/>
                <w:sz w:val="24"/>
                <w:lang w:val="ru-RU"/>
              </w:rPr>
              <w:t>произведения.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A331E1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spacing w:val="-2"/>
                <w:sz w:val="24"/>
                <w:szCs w:val="24"/>
              </w:rPr>
              <w:t>Устный</w:t>
            </w:r>
            <w:proofErr w:type="spellEnd"/>
            <w:r w:rsidRPr="004D285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285B">
              <w:rPr>
                <w:spacing w:val="-2"/>
                <w:sz w:val="24"/>
                <w:szCs w:val="24"/>
              </w:rPr>
              <w:t>опрос</w:t>
            </w:r>
            <w:proofErr w:type="spellEnd"/>
            <w:r w:rsidRPr="004D285B">
              <w:rPr>
                <w:spacing w:val="-2"/>
                <w:sz w:val="24"/>
                <w:szCs w:val="24"/>
              </w:rPr>
              <w:t>;</w:t>
            </w:r>
          </w:p>
        </w:tc>
      </w:tr>
      <w:tr w:rsidR="00842086" w:rsidTr="00A331E1">
        <w:trPr>
          <w:trHeight w:hRule="exact" w:val="11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102.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rPr>
                <w:lang w:val="ru-RU"/>
              </w:rPr>
            </w:pPr>
            <w:r w:rsidRPr="00E52986">
              <w:rPr>
                <w:sz w:val="24"/>
                <w:lang w:val="ru-RU"/>
              </w:rPr>
              <w:t>Обобщение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изученного.</w:t>
            </w:r>
            <w:r w:rsidRPr="00E52986">
              <w:rPr>
                <w:spacing w:val="-15"/>
                <w:sz w:val="24"/>
                <w:lang w:val="ru-RU"/>
              </w:rPr>
              <w:t xml:space="preserve"> </w:t>
            </w:r>
            <w:r w:rsidRPr="00E52986">
              <w:rPr>
                <w:sz w:val="24"/>
                <w:lang w:val="ru-RU"/>
              </w:rPr>
              <w:t>РР. Мой любимый герой.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842086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4D285B" w:rsidRDefault="00A331E1">
            <w:pPr>
              <w:rPr>
                <w:sz w:val="24"/>
                <w:szCs w:val="24"/>
              </w:rPr>
            </w:pPr>
            <w:proofErr w:type="spellStart"/>
            <w:r w:rsidRPr="004D285B">
              <w:rPr>
                <w:spacing w:val="-2"/>
                <w:sz w:val="24"/>
                <w:szCs w:val="24"/>
              </w:rPr>
              <w:t>Практическая</w:t>
            </w:r>
            <w:proofErr w:type="spellEnd"/>
            <w:r w:rsidRPr="004D285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285B">
              <w:rPr>
                <w:spacing w:val="-2"/>
                <w:sz w:val="24"/>
                <w:szCs w:val="24"/>
              </w:rPr>
              <w:t>работа</w:t>
            </w:r>
            <w:proofErr w:type="spellEnd"/>
            <w:r w:rsidRPr="004D285B">
              <w:rPr>
                <w:spacing w:val="-2"/>
                <w:sz w:val="24"/>
                <w:szCs w:val="24"/>
              </w:rPr>
              <w:t>;</w:t>
            </w:r>
          </w:p>
        </w:tc>
      </w:tr>
      <w:tr w:rsidR="00842086">
        <w:trPr>
          <w:trHeight w:hRule="exact" w:val="808"/>
        </w:trPr>
        <w:tc>
          <w:tcPr>
            <w:tcW w:w="417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Pr="00E52986" w:rsidRDefault="00E5298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E5298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2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2086" w:rsidRDefault="00E5298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</w:tr>
    </w:tbl>
    <w:p w:rsidR="00842086" w:rsidRDefault="00842086">
      <w:pPr>
        <w:autoSpaceDE w:val="0"/>
        <w:autoSpaceDN w:val="0"/>
        <w:spacing w:after="0" w:line="14" w:lineRule="exact"/>
      </w:pPr>
    </w:p>
    <w:p w:rsidR="00842086" w:rsidRDefault="00842086">
      <w:pPr>
        <w:sectPr w:rsidR="00842086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Default="00842086">
      <w:pPr>
        <w:autoSpaceDE w:val="0"/>
        <w:autoSpaceDN w:val="0"/>
        <w:spacing w:after="78" w:line="220" w:lineRule="exact"/>
      </w:pPr>
    </w:p>
    <w:p w:rsidR="00842086" w:rsidRDefault="00E5298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D285B" w:rsidRDefault="00E52986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</w:p>
    <w:p w:rsidR="004D285B" w:rsidRPr="004D285B" w:rsidRDefault="004D285B" w:rsidP="004D285B">
      <w:pPr>
        <w:spacing w:before="152"/>
        <w:ind w:left="119"/>
        <w:rPr>
          <w:lang w:val="ru-RU"/>
        </w:rPr>
      </w:pPr>
      <w:r w:rsidRPr="004D285B">
        <w:rPr>
          <w:lang w:val="ru-RU"/>
        </w:rPr>
        <w:t>Литература</w:t>
      </w:r>
      <w:r w:rsidRPr="004D285B">
        <w:rPr>
          <w:spacing w:val="9"/>
          <w:lang w:val="ru-RU"/>
        </w:rPr>
        <w:t xml:space="preserve"> </w:t>
      </w:r>
      <w:r w:rsidRPr="004D285B">
        <w:rPr>
          <w:lang w:val="ru-RU"/>
        </w:rPr>
        <w:t>(в</w:t>
      </w:r>
      <w:r w:rsidRPr="004D285B">
        <w:rPr>
          <w:spacing w:val="9"/>
          <w:lang w:val="ru-RU"/>
        </w:rPr>
        <w:t xml:space="preserve"> </w:t>
      </w:r>
      <w:r w:rsidRPr="004D285B">
        <w:rPr>
          <w:lang w:val="ru-RU"/>
        </w:rPr>
        <w:t>2</w:t>
      </w:r>
      <w:r w:rsidRPr="004D285B">
        <w:rPr>
          <w:spacing w:val="10"/>
          <w:lang w:val="ru-RU"/>
        </w:rPr>
        <w:t xml:space="preserve"> </w:t>
      </w:r>
      <w:r w:rsidRPr="004D285B">
        <w:rPr>
          <w:lang w:val="ru-RU"/>
        </w:rPr>
        <w:t>частях),</w:t>
      </w:r>
      <w:r w:rsidRPr="004D285B">
        <w:rPr>
          <w:spacing w:val="9"/>
          <w:lang w:val="ru-RU"/>
        </w:rPr>
        <w:t xml:space="preserve"> </w:t>
      </w:r>
      <w:r w:rsidRPr="004D285B">
        <w:rPr>
          <w:lang w:val="ru-RU"/>
        </w:rPr>
        <w:t>5</w:t>
      </w:r>
      <w:r w:rsidRPr="004D285B">
        <w:rPr>
          <w:spacing w:val="10"/>
          <w:lang w:val="ru-RU"/>
        </w:rPr>
        <w:t xml:space="preserve"> </w:t>
      </w:r>
      <w:r w:rsidRPr="004D285B">
        <w:rPr>
          <w:lang w:val="ru-RU"/>
        </w:rPr>
        <w:t>класс</w:t>
      </w:r>
      <w:r w:rsidRPr="004D285B">
        <w:rPr>
          <w:spacing w:val="9"/>
          <w:lang w:val="ru-RU"/>
        </w:rPr>
        <w:t xml:space="preserve"> </w:t>
      </w:r>
      <w:r w:rsidRPr="004D285B">
        <w:rPr>
          <w:lang w:val="ru-RU"/>
        </w:rPr>
        <w:t>/Коровина</w:t>
      </w:r>
      <w:r w:rsidRPr="004D285B">
        <w:rPr>
          <w:spacing w:val="10"/>
          <w:lang w:val="ru-RU"/>
        </w:rPr>
        <w:t xml:space="preserve"> </w:t>
      </w:r>
      <w:r w:rsidRPr="004D285B">
        <w:rPr>
          <w:lang w:val="ru-RU"/>
        </w:rPr>
        <w:t>В.Я.,</w:t>
      </w:r>
      <w:r w:rsidRPr="004D285B">
        <w:rPr>
          <w:spacing w:val="9"/>
          <w:lang w:val="ru-RU"/>
        </w:rPr>
        <w:t xml:space="preserve"> </w:t>
      </w:r>
      <w:r w:rsidRPr="004D285B">
        <w:rPr>
          <w:lang w:val="ru-RU"/>
        </w:rPr>
        <w:t>Журавлев</w:t>
      </w:r>
      <w:r w:rsidRPr="004D285B">
        <w:rPr>
          <w:spacing w:val="10"/>
          <w:lang w:val="ru-RU"/>
        </w:rPr>
        <w:t xml:space="preserve"> </w:t>
      </w:r>
      <w:r w:rsidRPr="004D285B">
        <w:rPr>
          <w:lang w:val="ru-RU"/>
        </w:rPr>
        <w:t>В.П.,</w:t>
      </w:r>
      <w:r w:rsidRPr="004D285B">
        <w:rPr>
          <w:spacing w:val="9"/>
          <w:lang w:val="ru-RU"/>
        </w:rPr>
        <w:t xml:space="preserve"> </w:t>
      </w:r>
      <w:r w:rsidRPr="004D285B">
        <w:rPr>
          <w:lang w:val="ru-RU"/>
        </w:rPr>
        <w:t>Коровин</w:t>
      </w:r>
      <w:r w:rsidRPr="004D285B">
        <w:rPr>
          <w:spacing w:val="10"/>
          <w:lang w:val="ru-RU"/>
        </w:rPr>
        <w:t xml:space="preserve"> </w:t>
      </w:r>
      <w:r w:rsidRPr="004D285B">
        <w:rPr>
          <w:lang w:val="ru-RU"/>
        </w:rPr>
        <w:t>В.И.,</w:t>
      </w:r>
      <w:r w:rsidRPr="004D285B">
        <w:rPr>
          <w:spacing w:val="9"/>
          <w:lang w:val="ru-RU"/>
        </w:rPr>
        <w:t xml:space="preserve"> </w:t>
      </w:r>
      <w:r w:rsidRPr="004D285B">
        <w:rPr>
          <w:lang w:val="ru-RU"/>
        </w:rPr>
        <w:t>АО</w:t>
      </w:r>
      <w:r w:rsidRPr="004D285B">
        <w:rPr>
          <w:spacing w:val="10"/>
          <w:lang w:val="ru-RU"/>
        </w:rPr>
        <w:t xml:space="preserve"> </w:t>
      </w:r>
      <w:r w:rsidRPr="004D285B">
        <w:rPr>
          <w:spacing w:val="-2"/>
          <w:lang w:val="ru-RU"/>
        </w:rPr>
        <w:t>«Издательство</w:t>
      </w:r>
    </w:p>
    <w:p w:rsidR="004D285B" w:rsidRDefault="004D285B" w:rsidP="004D285B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4D285B">
        <w:rPr>
          <w:spacing w:val="-2"/>
          <w:lang w:val="ru-RU"/>
        </w:rPr>
        <w:t>«Просвещение»;</w:t>
      </w:r>
      <w:r w:rsidR="00E52986" w:rsidRPr="00E52986">
        <w:rPr>
          <w:lang w:val="ru-RU"/>
        </w:rPr>
        <w:br/>
      </w:r>
      <w:r w:rsidR="00E52986" w:rsidRPr="00E52986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="00E52986" w:rsidRPr="00E52986">
        <w:rPr>
          <w:lang w:val="ru-RU"/>
        </w:rPr>
        <w:br/>
      </w:r>
      <w:r w:rsidR="00E52986"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</w:p>
    <w:p w:rsidR="004D285B" w:rsidRPr="004D285B" w:rsidRDefault="004D285B" w:rsidP="004D285B">
      <w:pPr>
        <w:spacing w:before="151" w:line="297" w:lineRule="auto"/>
        <w:ind w:left="119" w:right="368"/>
        <w:rPr>
          <w:lang w:val="ru-RU"/>
        </w:rPr>
      </w:pPr>
      <w:r w:rsidRPr="004D285B">
        <w:rPr>
          <w:lang w:val="ru-RU"/>
        </w:rPr>
        <w:t xml:space="preserve">О. А. ЕРЁМИНА. Уроки литературы в 5 классе. Книга для учителя Литературные викторины. Л.Л. Бельская Беляева Н. В. Уроки литературы в 5 классе. Поурочные </w:t>
      </w:r>
      <w:proofErr w:type="gramStart"/>
      <w:r w:rsidRPr="004D285B">
        <w:rPr>
          <w:lang w:val="ru-RU"/>
        </w:rPr>
        <w:t>разработки :</w:t>
      </w:r>
      <w:proofErr w:type="gramEnd"/>
      <w:r w:rsidRPr="004D285B">
        <w:rPr>
          <w:lang w:val="ru-RU"/>
        </w:rPr>
        <w:t xml:space="preserve"> учеб. пособие для </w:t>
      </w:r>
      <w:proofErr w:type="spellStart"/>
      <w:r w:rsidRPr="004D285B">
        <w:rPr>
          <w:lang w:val="ru-RU"/>
        </w:rPr>
        <w:t>общеобразоват</w:t>
      </w:r>
      <w:proofErr w:type="spellEnd"/>
      <w:r w:rsidRPr="004D285B">
        <w:rPr>
          <w:lang w:val="ru-RU"/>
        </w:rPr>
        <w:t xml:space="preserve">. организаций / Н. В. Беляева. — 3-е изд. — </w:t>
      </w:r>
      <w:proofErr w:type="gramStart"/>
      <w:r w:rsidRPr="004D285B">
        <w:rPr>
          <w:lang w:val="ru-RU"/>
        </w:rPr>
        <w:t>М. :</w:t>
      </w:r>
      <w:proofErr w:type="gramEnd"/>
      <w:r w:rsidRPr="004D285B">
        <w:rPr>
          <w:lang w:val="ru-RU"/>
        </w:rPr>
        <w:t xml:space="preserve"> Просвещение, 2016. — 252 с. - </w:t>
      </w:r>
      <w:r>
        <w:t>https</w:t>
      </w:r>
      <w:r w:rsidRPr="004D285B">
        <w:rPr>
          <w:lang w:val="ru-RU"/>
        </w:rPr>
        <w:t>://</w:t>
      </w:r>
      <w:r>
        <w:t>catalog</w:t>
      </w:r>
      <w:r w:rsidRPr="004D285B">
        <w:rPr>
          <w:lang w:val="ru-RU"/>
        </w:rPr>
        <w:t>.</w:t>
      </w:r>
      <w:proofErr w:type="spellStart"/>
      <w:r>
        <w:t>prosv</w:t>
      </w:r>
      <w:proofErr w:type="spellEnd"/>
      <w:r w:rsidRPr="004D285B">
        <w:rPr>
          <w:lang w:val="ru-RU"/>
        </w:rPr>
        <w:t>.</w:t>
      </w:r>
      <w:proofErr w:type="spellStart"/>
      <w:r>
        <w:t>ru</w:t>
      </w:r>
      <w:proofErr w:type="spellEnd"/>
      <w:r w:rsidRPr="004D285B">
        <w:rPr>
          <w:lang w:val="ru-RU"/>
        </w:rPr>
        <w:t>/</w:t>
      </w:r>
      <w:r>
        <w:t>attachment</w:t>
      </w:r>
      <w:r w:rsidRPr="004D285B">
        <w:rPr>
          <w:lang w:val="ru-RU"/>
        </w:rPr>
        <w:t>/696</w:t>
      </w:r>
      <w:r>
        <w:t>b</w:t>
      </w:r>
      <w:r w:rsidRPr="004D285B">
        <w:rPr>
          <w:lang w:val="ru-RU"/>
        </w:rPr>
        <w:t>2</w:t>
      </w:r>
      <w:r>
        <w:t>a</w:t>
      </w:r>
      <w:r w:rsidRPr="004D285B">
        <w:rPr>
          <w:lang w:val="ru-RU"/>
        </w:rPr>
        <w:t>23-</w:t>
      </w:r>
      <w:r>
        <w:t>d</w:t>
      </w:r>
      <w:r w:rsidRPr="004D285B">
        <w:rPr>
          <w:lang w:val="ru-RU"/>
        </w:rPr>
        <w:t>2</w:t>
      </w:r>
      <w:r>
        <w:t>d</w:t>
      </w:r>
      <w:r w:rsidRPr="004D285B">
        <w:rPr>
          <w:lang w:val="ru-RU"/>
        </w:rPr>
        <w:t>3-11</w:t>
      </w:r>
      <w:r>
        <w:t>e</w:t>
      </w:r>
      <w:r w:rsidRPr="004D285B">
        <w:rPr>
          <w:lang w:val="ru-RU"/>
        </w:rPr>
        <w:t>0-</w:t>
      </w:r>
      <w:proofErr w:type="spellStart"/>
      <w:r>
        <w:t>acba</w:t>
      </w:r>
      <w:proofErr w:type="spellEnd"/>
      <w:r w:rsidRPr="004D285B">
        <w:rPr>
          <w:lang w:val="ru-RU"/>
        </w:rPr>
        <w:t>-001018890642.</w:t>
      </w:r>
      <w:r>
        <w:t>pdf</w:t>
      </w:r>
      <w:r w:rsidRPr="004D285B">
        <w:rPr>
          <w:lang w:val="ru-RU"/>
        </w:rPr>
        <w:t xml:space="preserve"> В. Я. Коровина, И. С. </w:t>
      </w:r>
      <w:proofErr w:type="spellStart"/>
      <w:r w:rsidRPr="004D285B">
        <w:rPr>
          <w:lang w:val="ru-RU"/>
        </w:rPr>
        <w:t>Збарский</w:t>
      </w:r>
      <w:proofErr w:type="spellEnd"/>
    </w:p>
    <w:p w:rsidR="004D285B" w:rsidRPr="004D285B" w:rsidRDefault="004D285B" w:rsidP="004D285B">
      <w:pPr>
        <w:spacing w:before="3" w:line="297" w:lineRule="auto"/>
        <w:ind w:left="119" w:right="432"/>
        <w:rPr>
          <w:lang w:val="ru-RU"/>
        </w:rPr>
      </w:pPr>
      <w:proofErr w:type="gramStart"/>
      <w:r w:rsidRPr="004D285B">
        <w:rPr>
          <w:lang w:val="ru-RU"/>
        </w:rPr>
        <w:t>.Литература</w:t>
      </w:r>
      <w:proofErr w:type="gramEnd"/>
      <w:r w:rsidRPr="004D285B">
        <w:rPr>
          <w:lang w:val="ru-RU"/>
        </w:rPr>
        <w:t xml:space="preserve">. 5 класс. Методические советы. Под редакцией В. И. Коровина </w:t>
      </w:r>
      <w:r>
        <w:t>https</w:t>
      </w:r>
      <w:r w:rsidRPr="004D285B">
        <w:rPr>
          <w:lang w:val="ru-RU"/>
        </w:rPr>
        <w:t>://</w:t>
      </w:r>
      <w:proofErr w:type="spellStart"/>
      <w:r>
        <w:t>nsportal</w:t>
      </w:r>
      <w:proofErr w:type="spellEnd"/>
      <w:r w:rsidRPr="004D285B">
        <w:rPr>
          <w:lang w:val="ru-RU"/>
        </w:rPr>
        <w:t>.</w:t>
      </w:r>
      <w:proofErr w:type="spellStart"/>
      <w:r>
        <w:t>ru</w:t>
      </w:r>
      <w:proofErr w:type="spellEnd"/>
      <w:r w:rsidRPr="004D285B">
        <w:rPr>
          <w:lang w:val="ru-RU"/>
        </w:rPr>
        <w:t>/</w:t>
      </w:r>
      <w:proofErr w:type="spellStart"/>
      <w:r>
        <w:t>shkola</w:t>
      </w:r>
      <w:proofErr w:type="spellEnd"/>
      <w:r w:rsidRPr="004D285B">
        <w:rPr>
          <w:lang w:val="ru-RU"/>
        </w:rPr>
        <w:t>/</w:t>
      </w:r>
      <w:proofErr w:type="spellStart"/>
      <w:r>
        <w:t>literatura</w:t>
      </w:r>
      <w:proofErr w:type="spellEnd"/>
      <w:r w:rsidRPr="004D285B">
        <w:rPr>
          <w:lang w:val="ru-RU"/>
        </w:rPr>
        <w:t>/</w:t>
      </w:r>
      <w:r>
        <w:t>library</w:t>
      </w:r>
      <w:r w:rsidRPr="004D285B">
        <w:rPr>
          <w:lang w:val="ru-RU"/>
        </w:rPr>
        <w:t>/2014/10/21/</w:t>
      </w:r>
      <w:r>
        <w:t>v</w:t>
      </w:r>
      <w:r w:rsidRPr="004D285B">
        <w:rPr>
          <w:lang w:val="ru-RU"/>
        </w:rPr>
        <w:t>-</w:t>
      </w:r>
      <w:proofErr w:type="spellStart"/>
      <w:r>
        <w:t>ya</w:t>
      </w:r>
      <w:proofErr w:type="spellEnd"/>
      <w:r w:rsidRPr="004D285B">
        <w:rPr>
          <w:lang w:val="ru-RU"/>
        </w:rPr>
        <w:t>-</w:t>
      </w:r>
      <w:proofErr w:type="spellStart"/>
      <w:r>
        <w:t>korovina</w:t>
      </w:r>
      <w:proofErr w:type="spellEnd"/>
      <w:r w:rsidRPr="004D285B">
        <w:rPr>
          <w:lang w:val="ru-RU"/>
        </w:rPr>
        <w:t>-</w:t>
      </w:r>
      <w:proofErr w:type="spellStart"/>
      <w:r>
        <w:t>i</w:t>
      </w:r>
      <w:proofErr w:type="spellEnd"/>
      <w:r w:rsidRPr="004D285B">
        <w:rPr>
          <w:lang w:val="ru-RU"/>
        </w:rPr>
        <w:t>-</w:t>
      </w:r>
      <w:r>
        <w:t>s</w:t>
      </w:r>
      <w:r w:rsidRPr="004D285B">
        <w:rPr>
          <w:lang w:val="ru-RU"/>
        </w:rPr>
        <w:t>-</w:t>
      </w:r>
      <w:proofErr w:type="spellStart"/>
      <w:r>
        <w:t>zbarskiy</w:t>
      </w:r>
      <w:proofErr w:type="spellEnd"/>
      <w:r w:rsidRPr="004D285B">
        <w:rPr>
          <w:lang w:val="ru-RU"/>
        </w:rPr>
        <w:t>-</w:t>
      </w:r>
      <w:proofErr w:type="spellStart"/>
      <w:r>
        <w:t>literatura</w:t>
      </w:r>
      <w:proofErr w:type="spellEnd"/>
      <w:r w:rsidRPr="004D285B">
        <w:rPr>
          <w:lang w:val="ru-RU"/>
        </w:rPr>
        <w:t xml:space="preserve">-5- </w:t>
      </w:r>
      <w:proofErr w:type="spellStart"/>
      <w:r>
        <w:t>klass</w:t>
      </w:r>
      <w:proofErr w:type="spellEnd"/>
      <w:r w:rsidRPr="004D285B">
        <w:rPr>
          <w:lang w:val="ru-RU"/>
        </w:rPr>
        <w:t>-</w:t>
      </w:r>
      <w:proofErr w:type="spellStart"/>
      <w:r>
        <w:t>metodicheskie</w:t>
      </w:r>
      <w:proofErr w:type="spellEnd"/>
      <w:r w:rsidRPr="004D285B">
        <w:rPr>
          <w:lang w:val="ru-RU"/>
        </w:rPr>
        <w:t xml:space="preserve"> Методические пособия УМК А. Н. Архангельского, Т. Ю. Смирновой. Литература (5-9) Источник: </w:t>
      </w:r>
      <w:r>
        <w:t>https</w:t>
      </w:r>
      <w:r w:rsidRPr="004D285B">
        <w:rPr>
          <w:lang w:val="ru-RU"/>
        </w:rPr>
        <w:t>://</w:t>
      </w:r>
      <w:proofErr w:type="spellStart"/>
      <w:r>
        <w:t>rosuchebnik</w:t>
      </w:r>
      <w:proofErr w:type="spellEnd"/>
      <w:r w:rsidRPr="004D285B">
        <w:rPr>
          <w:lang w:val="ru-RU"/>
        </w:rPr>
        <w:t>.</w:t>
      </w:r>
      <w:proofErr w:type="spellStart"/>
      <w:r>
        <w:t>ru</w:t>
      </w:r>
      <w:proofErr w:type="spellEnd"/>
      <w:r w:rsidRPr="004D285B">
        <w:rPr>
          <w:lang w:val="ru-RU"/>
        </w:rPr>
        <w:t>/</w:t>
      </w:r>
      <w:proofErr w:type="spellStart"/>
      <w:r>
        <w:t>metodicheskaja</w:t>
      </w:r>
      <w:proofErr w:type="spellEnd"/>
      <w:r w:rsidRPr="004D285B">
        <w:rPr>
          <w:lang w:val="ru-RU"/>
        </w:rPr>
        <w:t>-</w:t>
      </w:r>
      <w:proofErr w:type="spellStart"/>
      <w:r>
        <w:t>pomosch</w:t>
      </w:r>
      <w:proofErr w:type="spellEnd"/>
      <w:r w:rsidRPr="004D285B">
        <w:rPr>
          <w:lang w:val="ru-RU"/>
        </w:rPr>
        <w:t>/</w:t>
      </w:r>
      <w:proofErr w:type="spellStart"/>
      <w:r>
        <w:t>materialy</w:t>
      </w:r>
      <w:proofErr w:type="spellEnd"/>
      <w:r w:rsidRPr="004D285B">
        <w:rPr>
          <w:lang w:val="ru-RU"/>
        </w:rPr>
        <w:t>/</w:t>
      </w:r>
      <w:proofErr w:type="spellStart"/>
      <w:r>
        <w:t>predmet</w:t>
      </w:r>
      <w:proofErr w:type="spellEnd"/>
      <w:r w:rsidRPr="004D285B">
        <w:rPr>
          <w:lang w:val="ru-RU"/>
        </w:rPr>
        <w:t>-</w:t>
      </w:r>
      <w:proofErr w:type="spellStart"/>
      <w:r>
        <w:t>literatura</w:t>
      </w:r>
      <w:proofErr w:type="spellEnd"/>
      <w:r w:rsidRPr="004D285B">
        <w:rPr>
          <w:lang w:val="ru-RU"/>
        </w:rPr>
        <w:t>_</w:t>
      </w:r>
      <w:proofErr w:type="spellStart"/>
      <w:r>
        <w:t>umk</w:t>
      </w:r>
      <w:proofErr w:type="spellEnd"/>
      <w:r w:rsidRPr="004D285B">
        <w:rPr>
          <w:lang w:val="ru-RU"/>
        </w:rPr>
        <w:t>-</w:t>
      </w:r>
      <w:proofErr w:type="spellStart"/>
      <w:r>
        <w:t>liniya</w:t>
      </w:r>
      <w:proofErr w:type="spellEnd"/>
      <w:r w:rsidRPr="004D285B">
        <w:rPr>
          <w:lang w:val="ru-RU"/>
        </w:rPr>
        <w:t>-</w:t>
      </w:r>
      <w:proofErr w:type="spellStart"/>
      <w:r>
        <w:t>umk</w:t>
      </w:r>
      <w:proofErr w:type="spellEnd"/>
      <w:r w:rsidRPr="004D285B">
        <w:rPr>
          <w:lang w:val="ru-RU"/>
        </w:rPr>
        <w:t xml:space="preserve">- </w:t>
      </w:r>
      <w:proofErr w:type="spellStart"/>
      <w:r>
        <w:t>arhangelskogo</w:t>
      </w:r>
      <w:proofErr w:type="spellEnd"/>
      <w:r w:rsidRPr="004D285B">
        <w:rPr>
          <w:lang w:val="ru-RU"/>
        </w:rPr>
        <w:t xml:space="preserve">- </w:t>
      </w:r>
      <w:proofErr w:type="spellStart"/>
      <w:r>
        <w:t>literatura</w:t>
      </w:r>
      <w:proofErr w:type="spellEnd"/>
      <w:r w:rsidRPr="004D285B">
        <w:rPr>
          <w:lang w:val="ru-RU"/>
        </w:rPr>
        <w:t>-5-9_</w:t>
      </w:r>
      <w:r>
        <w:t>type</w:t>
      </w:r>
      <w:r w:rsidRPr="004D285B">
        <w:rPr>
          <w:lang w:val="ru-RU"/>
        </w:rPr>
        <w:t>-</w:t>
      </w:r>
      <w:proofErr w:type="spellStart"/>
      <w:r>
        <w:t>metodicheskoe</w:t>
      </w:r>
      <w:proofErr w:type="spellEnd"/>
      <w:r w:rsidRPr="004D285B">
        <w:rPr>
          <w:lang w:val="ru-RU"/>
        </w:rPr>
        <w:t>-</w:t>
      </w:r>
      <w:proofErr w:type="spellStart"/>
      <w:r>
        <w:t>posobie</w:t>
      </w:r>
      <w:proofErr w:type="spellEnd"/>
      <w:r w:rsidRPr="004D285B">
        <w:rPr>
          <w:lang w:val="ru-RU"/>
        </w:rPr>
        <w:t>/</w:t>
      </w:r>
      <w:r>
        <w:t>https</w:t>
      </w:r>
      <w:r w:rsidRPr="004D285B">
        <w:rPr>
          <w:lang w:val="ru-RU"/>
        </w:rPr>
        <w:t>://</w:t>
      </w:r>
      <w:proofErr w:type="spellStart"/>
      <w:r>
        <w:t>rosuchebnik</w:t>
      </w:r>
      <w:proofErr w:type="spellEnd"/>
      <w:r w:rsidRPr="004D285B">
        <w:rPr>
          <w:lang w:val="ru-RU"/>
        </w:rPr>
        <w:t>.</w:t>
      </w:r>
      <w:proofErr w:type="spellStart"/>
      <w:r>
        <w:t>ru</w:t>
      </w:r>
      <w:proofErr w:type="spellEnd"/>
      <w:r w:rsidRPr="004D285B">
        <w:rPr>
          <w:lang w:val="ru-RU"/>
        </w:rPr>
        <w:t>/</w:t>
      </w:r>
      <w:r>
        <w:t>material</w:t>
      </w:r>
      <w:r w:rsidRPr="004D285B">
        <w:rPr>
          <w:lang w:val="ru-RU"/>
        </w:rPr>
        <w:t>/</w:t>
      </w:r>
      <w:proofErr w:type="spellStart"/>
      <w:r>
        <w:t>literatura</w:t>
      </w:r>
      <w:proofErr w:type="spellEnd"/>
      <w:r w:rsidRPr="004D285B">
        <w:rPr>
          <w:lang w:val="ru-RU"/>
        </w:rPr>
        <w:t>-5-</w:t>
      </w:r>
      <w:proofErr w:type="spellStart"/>
      <w:r>
        <w:t>klass</w:t>
      </w:r>
      <w:proofErr w:type="spellEnd"/>
      <w:r w:rsidRPr="004D285B">
        <w:rPr>
          <w:lang w:val="ru-RU"/>
        </w:rPr>
        <w:t xml:space="preserve">- </w:t>
      </w:r>
      <w:proofErr w:type="spellStart"/>
      <w:r>
        <w:t>metodicheskoe</w:t>
      </w:r>
      <w:proofErr w:type="spellEnd"/>
      <w:r w:rsidRPr="004D285B">
        <w:rPr>
          <w:lang w:val="ru-RU"/>
        </w:rPr>
        <w:t xml:space="preserve">- </w:t>
      </w:r>
      <w:proofErr w:type="spellStart"/>
      <w:r>
        <w:rPr>
          <w:spacing w:val="-2"/>
        </w:rPr>
        <w:t>posobie</w:t>
      </w:r>
      <w:proofErr w:type="spellEnd"/>
      <w:r w:rsidRPr="004D285B">
        <w:rPr>
          <w:spacing w:val="-2"/>
          <w:lang w:val="ru-RU"/>
        </w:rPr>
        <w:t>0611/</w:t>
      </w:r>
    </w:p>
    <w:p w:rsidR="00842086" w:rsidRPr="00E52986" w:rsidRDefault="00E52986" w:rsidP="004D285B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842086" w:rsidRDefault="00842086">
      <w:pPr>
        <w:rPr>
          <w:lang w:val="ru-RU"/>
        </w:rPr>
      </w:pPr>
    </w:p>
    <w:p w:rsidR="004D285B" w:rsidRPr="004D285B" w:rsidRDefault="003F29DF" w:rsidP="004D285B">
      <w:pPr>
        <w:spacing w:before="151" w:line="297" w:lineRule="auto"/>
        <w:ind w:left="119"/>
        <w:rPr>
          <w:lang w:val="ru-RU"/>
        </w:rPr>
      </w:pPr>
      <w:hyperlink r:id="rId7">
        <w:r w:rsidR="004D285B">
          <w:t>http</w:t>
        </w:r>
        <w:r w:rsidR="004D285B" w:rsidRPr="004D285B">
          <w:rPr>
            <w:lang w:val="ru-RU"/>
          </w:rPr>
          <w:t>://</w:t>
        </w:r>
        <w:r w:rsidR="004D285B">
          <w:t>www</w:t>
        </w:r>
        <w:r w:rsidR="004D285B" w:rsidRPr="004D285B">
          <w:rPr>
            <w:lang w:val="ru-RU"/>
          </w:rPr>
          <w:t>.</w:t>
        </w:r>
        <w:r w:rsidR="004D285B">
          <w:t>edu</w:t>
        </w:r>
        <w:r w:rsidR="004D285B" w:rsidRPr="004D285B">
          <w:rPr>
            <w:lang w:val="ru-RU"/>
          </w:rPr>
          <w:t>.</w:t>
        </w:r>
        <w:r w:rsidR="004D285B">
          <w:t>ru</w:t>
        </w:r>
        <w:r w:rsidR="004D285B" w:rsidRPr="004D285B">
          <w:rPr>
            <w:lang w:val="ru-RU"/>
          </w:rPr>
          <w:t>/</w:t>
        </w:r>
        <w:r w:rsidR="004D285B">
          <w:t>modules</w:t>
        </w:r>
        <w:r w:rsidR="004D285B" w:rsidRPr="004D285B">
          <w:rPr>
            <w:lang w:val="ru-RU"/>
          </w:rPr>
          <w:t>.</w:t>
        </w:r>
        <w:r w:rsidR="004D285B">
          <w:t>php</w:t>
        </w:r>
        <w:r w:rsidR="004D285B" w:rsidRPr="004D285B">
          <w:rPr>
            <w:lang w:val="ru-RU"/>
          </w:rPr>
          <w:t xml:space="preserve">? </w:t>
        </w:r>
      </w:hyperlink>
      <w:r w:rsidR="004D285B">
        <w:t>op</w:t>
      </w:r>
      <w:r w:rsidR="004D285B" w:rsidRPr="004D285B">
        <w:rPr>
          <w:lang w:val="ru-RU"/>
        </w:rPr>
        <w:t>=</w:t>
      </w:r>
      <w:proofErr w:type="spellStart"/>
      <w:r w:rsidR="004D285B">
        <w:t>modload</w:t>
      </w:r>
      <w:proofErr w:type="spellEnd"/>
      <w:r w:rsidR="004D285B" w:rsidRPr="004D285B">
        <w:rPr>
          <w:lang w:val="ru-RU"/>
        </w:rPr>
        <w:t>&amp;</w:t>
      </w:r>
      <w:r w:rsidR="004D285B">
        <w:t>name</w:t>
      </w:r>
      <w:r w:rsidR="004D285B" w:rsidRPr="004D285B">
        <w:rPr>
          <w:lang w:val="ru-RU"/>
        </w:rPr>
        <w:t>=</w:t>
      </w:r>
      <w:r w:rsidR="004D285B">
        <w:t>Web</w:t>
      </w:r>
      <w:r w:rsidR="004D285B" w:rsidRPr="004D285B">
        <w:rPr>
          <w:lang w:val="ru-RU"/>
        </w:rPr>
        <w:t>_</w:t>
      </w:r>
      <w:r w:rsidR="004D285B">
        <w:t>Links</w:t>
      </w:r>
      <w:r w:rsidR="004D285B" w:rsidRPr="004D285B">
        <w:rPr>
          <w:lang w:val="ru-RU"/>
        </w:rPr>
        <w:t>&amp;</w:t>
      </w:r>
      <w:r w:rsidR="004D285B">
        <w:t>file</w:t>
      </w:r>
      <w:r w:rsidR="004D285B" w:rsidRPr="004D285B">
        <w:rPr>
          <w:lang w:val="ru-RU"/>
        </w:rPr>
        <w:t>=</w:t>
      </w:r>
      <w:r w:rsidR="004D285B">
        <w:t>index</w:t>
      </w:r>
      <w:r w:rsidR="004D285B" w:rsidRPr="004D285B">
        <w:rPr>
          <w:lang w:val="ru-RU"/>
        </w:rPr>
        <w:t>&amp;</w:t>
      </w:r>
      <w:r w:rsidR="004D285B">
        <w:t>l</w:t>
      </w:r>
      <w:r w:rsidR="004D285B" w:rsidRPr="004D285B">
        <w:rPr>
          <w:lang w:val="ru-RU"/>
        </w:rPr>
        <w:t>_</w:t>
      </w:r>
      <w:r w:rsidR="004D285B">
        <w:t>op</w:t>
      </w:r>
      <w:r w:rsidR="004D285B" w:rsidRPr="004D285B">
        <w:rPr>
          <w:lang w:val="ru-RU"/>
        </w:rPr>
        <w:t>=</w:t>
      </w:r>
      <w:proofErr w:type="spellStart"/>
      <w:r w:rsidR="004D285B">
        <w:t>viewlink</w:t>
      </w:r>
      <w:proofErr w:type="spellEnd"/>
      <w:r w:rsidR="004D285B" w:rsidRPr="004D285B">
        <w:rPr>
          <w:lang w:val="ru-RU"/>
        </w:rPr>
        <w:t>&amp;</w:t>
      </w:r>
      <w:proofErr w:type="spellStart"/>
      <w:r w:rsidR="004D285B">
        <w:t>cid</w:t>
      </w:r>
      <w:proofErr w:type="spellEnd"/>
      <w:r w:rsidR="004D285B" w:rsidRPr="004D285B">
        <w:rPr>
          <w:lang w:val="ru-RU"/>
        </w:rPr>
        <w:t>=299&amp;</w:t>
      </w:r>
      <w:r w:rsidR="004D285B">
        <w:t>fids</w:t>
      </w:r>
      <w:r w:rsidR="004D285B" w:rsidRPr="004D285B">
        <w:rPr>
          <w:lang w:val="ru-RU"/>
        </w:rPr>
        <w:t xml:space="preserve">[]=269/ Каталог образовательных ресурсов по литературе </w:t>
      </w:r>
      <w:hyperlink r:id="rId8">
        <w:r w:rsidR="004D285B">
          <w:t>http</w:t>
        </w:r>
        <w:r w:rsidR="004D285B" w:rsidRPr="004D285B">
          <w:rPr>
            <w:lang w:val="ru-RU"/>
          </w:rPr>
          <w:t>://</w:t>
        </w:r>
        <w:r w:rsidR="004D285B">
          <w:t>litera</w:t>
        </w:r>
        <w:r w:rsidR="004D285B" w:rsidRPr="004D285B">
          <w:rPr>
            <w:lang w:val="ru-RU"/>
          </w:rPr>
          <w:t>.</w:t>
        </w:r>
        <w:r w:rsidR="004D285B">
          <w:t>edu</w:t>
        </w:r>
        <w:r w:rsidR="004D285B" w:rsidRPr="004D285B">
          <w:rPr>
            <w:lang w:val="ru-RU"/>
          </w:rPr>
          <w:t>.</w:t>
        </w:r>
        <w:r w:rsidR="004D285B">
          <w:t>ru</w:t>
        </w:r>
        <w:r w:rsidR="004D285B" w:rsidRPr="004D285B">
          <w:rPr>
            <w:lang w:val="ru-RU"/>
          </w:rPr>
          <w:t xml:space="preserve">/ </w:t>
        </w:r>
      </w:hyperlink>
      <w:r w:rsidR="004D285B" w:rsidRPr="004D285B">
        <w:rPr>
          <w:lang w:val="ru-RU"/>
        </w:rPr>
        <w:t xml:space="preserve">– Коллекция: русская и зарубежная литература для школы </w:t>
      </w:r>
      <w:hyperlink r:id="rId9">
        <w:r w:rsidR="004D285B">
          <w:t>http</w:t>
        </w:r>
        <w:r w:rsidR="004D285B" w:rsidRPr="004D285B">
          <w:rPr>
            <w:lang w:val="ru-RU"/>
          </w:rPr>
          <w:t>://</w:t>
        </w:r>
        <w:r w:rsidR="004D285B">
          <w:t>lit</w:t>
        </w:r>
        <w:r w:rsidR="004D285B" w:rsidRPr="004D285B">
          <w:rPr>
            <w:lang w:val="ru-RU"/>
          </w:rPr>
          <w:t>.1</w:t>
        </w:r>
        <w:proofErr w:type="spellStart"/>
        <w:r w:rsidR="004D285B">
          <w:t>september</w:t>
        </w:r>
        <w:proofErr w:type="spellEnd"/>
        <w:r w:rsidR="004D285B" w:rsidRPr="004D285B">
          <w:rPr>
            <w:lang w:val="ru-RU"/>
          </w:rPr>
          <w:t>.</w:t>
        </w:r>
        <w:proofErr w:type="spellStart"/>
        <w:r w:rsidR="004D285B">
          <w:t>ru</w:t>
        </w:r>
        <w:proofErr w:type="spellEnd"/>
        <w:r w:rsidR="004D285B" w:rsidRPr="004D285B">
          <w:rPr>
            <w:lang w:val="ru-RU"/>
          </w:rPr>
          <w:t xml:space="preserve">/ </w:t>
        </w:r>
      </w:hyperlink>
      <w:r w:rsidR="004D285B" w:rsidRPr="004D285B">
        <w:rPr>
          <w:lang w:val="ru-RU"/>
        </w:rPr>
        <w:t>– Электронная версия газеты «Литература». Сайт для учителей</w:t>
      </w:r>
    </w:p>
    <w:p w:rsidR="004D285B" w:rsidRPr="004D285B" w:rsidRDefault="004D285B" w:rsidP="004D285B">
      <w:pPr>
        <w:spacing w:before="2" w:line="297" w:lineRule="auto"/>
        <w:ind w:left="119"/>
        <w:rPr>
          <w:lang w:val="ru-RU"/>
        </w:rPr>
      </w:pPr>
      <w:r w:rsidRPr="004D285B">
        <w:rPr>
          <w:lang w:val="ru-RU"/>
        </w:rPr>
        <w:t xml:space="preserve">«Я иду на урок литературы» </w:t>
      </w:r>
      <w:hyperlink r:id="rId10">
        <w:r>
          <w:t>http</w:t>
        </w:r>
        <w:r w:rsidRPr="004D285B">
          <w:rPr>
            <w:lang w:val="ru-RU"/>
          </w:rPr>
          <w:t>://</w:t>
        </w:r>
        <w:r>
          <w:t>olympiads</w:t>
        </w:r>
        <w:r w:rsidRPr="004D285B">
          <w:rPr>
            <w:lang w:val="ru-RU"/>
          </w:rPr>
          <w:t>.</w:t>
        </w:r>
        <w:r>
          <w:t>mccme</w:t>
        </w:r>
        <w:r w:rsidRPr="004D285B">
          <w:rPr>
            <w:lang w:val="ru-RU"/>
          </w:rPr>
          <w:t>.</w:t>
        </w:r>
        <w:r>
          <w:t>ru</w:t>
        </w:r>
        <w:r w:rsidRPr="004D285B">
          <w:rPr>
            <w:lang w:val="ru-RU"/>
          </w:rPr>
          <w:t>/</w:t>
        </w:r>
        <w:r>
          <w:t>turlom</w:t>
        </w:r>
        <w:r w:rsidRPr="004D285B">
          <w:rPr>
            <w:lang w:val="ru-RU"/>
          </w:rPr>
          <w:t xml:space="preserve">/ </w:t>
        </w:r>
      </w:hyperlink>
      <w:r w:rsidRPr="004D285B">
        <w:rPr>
          <w:lang w:val="ru-RU"/>
        </w:rPr>
        <w:t xml:space="preserve">– Турнир имени М. В. Ломоносова </w:t>
      </w:r>
      <w:hyperlink r:id="rId11">
        <w:r>
          <w:t>http</w:t>
        </w:r>
        <w:r w:rsidRPr="004D285B">
          <w:rPr>
            <w:lang w:val="ru-RU"/>
          </w:rPr>
          <w:t>://</w:t>
        </w:r>
        <w:r>
          <w:t>www</w:t>
        </w:r>
        <w:r w:rsidRPr="004D285B">
          <w:rPr>
            <w:lang w:val="ru-RU"/>
          </w:rPr>
          <w:t>.</w:t>
        </w:r>
        <w:r>
          <w:t>svetozar</w:t>
        </w:r>
        <w:r w:rsidRPr="004D285B">
          <w:rPr>
            <w:lang w:val="ru-RU"/>
          </w:rPr>
          <w:t>.</w:t>
        </w:r>
        <w:r>
          <w:t>ru</w:t>
        </w:r>
        <w:r w:rsidRPr="004D285B">
          <w:rPr>
            <w:lang w:val="ru-RU"/>
          </w:rPr>
          <w:t>/</w:t>
        </w:r>
      </w:hyperlink>
      <w:r w:rsidRPr="004D285B">
        <w:rPr>
          <w:lang w:val="ru-RU"/>
        </w:rPr>
        <w:t>– Открытая международная Интернет-олимпиада школьников по русскому языку</w:t>
      </w:r>
    </w:p>
    <w:p w:rsidR="004D285B" w:rsidRPr="004D285B" w:rsidRDefault="004D285B" w:rsidP="004D285B">
      <w:pPr>
        <w:spacing w:before="2" w:line="297" w:lineRule="auto"/>
        <w:ind w:left="119" w:right="368"/>
        <w:rPr>
          <w:lang w:val="ru-RU"/>
        </w:rPr>
      </w:pPr>
      <w:r w:rsidRPr="004D285B">
        <w:rPr>
          <w:lang w:val="ru-RU"/>
        </w:rPr>
        <w:t xml:space="preserve">«Светозар» Единая коллекция цифровых образовательных ресурсов </w:t>
      </w:r>
      <w:hyperlink r:id="rId12">
        <w:r>
          <w:t>http</w:t>
        </w:r>
        <w:r w:rsidRPr="004D285B">
          <w:rPr>
            <w:lang w:val="ru-RU"/>
          </w:rPr>
          <w:t>://</w:t>
        </w:r>
        <w:r>
          <w:t>school</w:t>
        </w:r>
        <w:r w:rsidRPr="004D285B">
          <w:rPr>
            <w:lang w:val="ru-RU"/>
          </w:rPr>
          <w:t>-</w:t>
        </w:r>
      </w:hyperlink>
      <w:r w:rsidRPr="004D285B">
        <w:rPr>
          <w:lang w:val="ru-RU"/>
        </w:rPr>
        <w:t xml:space="preserve"> </w:t>
      </w:r>
      <w:r>
        <w:t>collection</w:t>
      </w:r>
      <w:r w:rsidRPr="004D285B">
        <w:rPr>
          <w:lang w:val="ru-RU"/>
        </w:rPr>
        <w:t>.</w:t>
      </w:r>
      <w:proofErr w:type="spellStart"/>
      <w:r>
        <w:t>edu</w:t>
      </w:r>
      <w:proofErr w:type="spellEnd"/>
      <w:r w:rsidRPr="004D285B">
        <w:rPr>
          <w:lang w:val="ru-RU"/>
        </w:rPr>
        <w:t>.</w:t>
      </w:r>
      <w:proofErr w:type="spellStart"/>
      <w:r>
        <w:t>ru</w:t>
      </w:r>
      <w:proofErr w:type="spellEnd"/>
      <w:r w:rsidRPr="004D285B">
        <w:rPr>
          <w:lang w:val="ru-RU"/>
        </w:rPr>
        <w:t>/</w:t>
      </w:r>
      <w:r>
        <w:t>catalog</w:t>
      </w:r>
      <w:r w:rsidRPr="004D285B">
        <w:rPr>
          <w:lang w:val="ru-RU"/>
        </w:rPr>
        <w:t>/</w:t>
      </w:r>
      <w:r>
        <w:t>teacher</w:t>
      </w:r>
      <w:r w:rsidRPr="004D285B">
        <w:rPr>
          <w:lang w:val="ru-RU"/>
        </w:rPr>
        <w:t xml:space="preserve"> Российская электронная школа </w:t>
      </w:r>
      <w:r>
        <w:t>https</w:t>
      </w:r>
      <w:r w:rsidRPr="004D285B">
        <w:rPr>
          <w:lang w:val="ru-RU"/>
        </w:rPr>
        <w:t>://</w:t>
      </w:r>
      <w:proofErr w:type="spellStart"/>
      <w:r>
        <w:t>resh</w:t>
      </w:r>
      <w:proofErr w:type="spellEnd"/>
      <w:r w:rsidRPr="004D285B">
        <w:rPr>
          <w:lang w:val="ru-RU"/>
        </w:rPr>
        <w:t>.</w:t>
      </w:r>
      <w:proofErr w:type="spellStart"/>
      <w:r>
        <w:t>edu</w:t>
      </w:r>
      <w:proofErr w:type="spellEnd"/>
      <w:r w:rsidRPr="004D285B">
        <w:rPr>
          <w:lang w:val="ru-RU"/>
        </w:rPr>
        <w:t>.</w:t>
      </w:r>
      <w:proofErr w:type="spellStart"/>
      <w:r>
        <w:t>ru</w:t>
      </w:r>
      <w:proofErr w:type="spellEnd"/>
      <w:r w:rsidRPr="004D285B">
        <w:rPr>
          <w:lang w:val="ru-RU"/>
        </w:rPr>
        <w:t>/</w:t>
      </w:r>
      <w:r>
        <w:t>subject</w:t>
      </w:r>
      <w:r w:rsidRPr="004D285B">
        <w:rPr>
          <w:lang w:val="ru-RU"/>
        </w:rPr>
        <w:t>/14/5/</w:t>
      </w:r>
    </w:p>
    <w:p w:rsidR="004D285B" w:rsidRPr="00E52986" w:rsidRDefault="004D285B">
      <w:pPr>
        <w:rPr>
          <w:lang w:val="ru-RU"/>
        </w:rPr>
        <w:sectPr w:rsidR="004D285B" w:rsidRPr="00E5298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2086" w:rsidRPr="00E52986" w:rsidRDefault="00842086">
      <w:pPr>
        <w:autoSpaceDE w:val="0"/>
        <w:autoSpaceDN w:val="0"/>
        <w:spacing w:after="78" w:line="220" w:lineRule="exact"/>
        <w:rPr>
          <w:lang w:val="ru-RU"/>
        </w:rPr>
      </w:pPr>
    </w:p>
    <w:p w:rsidR="004D285B" w:rsidRDefault="00E52986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</w:p>
    <w:p w:rsidR="004D285B" w:rsidRPr="00B01A45" w:rsidRDefault="004D285B" w:rsidP="004D285B">
      <w:pPr>
        <w:pStyle w:val="af"/>
        <w:spacing w:before="156"/>
        <w:ind w:left="126"/>
        <w:rPr>
          <w:lang w:val="ru-RU"/>
        </w:rPr>
      </w:pPr>
      <w:r w:rsidRPr="00B01A45">
        <w:rPr>
          <w:lang w:val="ru-RU"/>
        </w:rPr>
        <w:t>Мультимедийный</w:t>
      </w:r>
      <w:r w:rsidRPr="00B01A45">
        <w:rPr>
          <w:spacing w:val="-6"/>
          <w:lang w:val="ru-RU"/>
        </w:rPr>
        <w:t xml:space="preserve"> </w:t>
      </w:r>
      <w:r w:rsidRPr="00B01A45">
        <w:rPr>
          <w:spacing w:val="-2"/>
          <w:lang w:val="ru-RU"/>
        </w:rPr>
        <w:t>проектор</w:t>
      </w:r>
    </w:p>
    <w:p w:rsidR="00842086" w:rsidRPr="00E52986" w:rsidRDefault="00E52986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E52986">
        <w:rPr>
          <w:lang w:val="ru-RU"/>
        </w:rPr>
        <w:br/>
      </w:r>
      <w:r w:rsidRPr="00E52986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842086" w:rsidRDefault="00842086">
      <w:pPr>
        <w:rPr>
          <w:lang w:val="ru-RU"/>
        </w:rPr>
      </w:pPr>
    </w:p>
    <w:p w:rsidR="004D285B" w:rsidRDefault="004D285B" w:rsidP="004D285B">
      <w:pPr>
        <w:pStyle w:val="af"/>
        <w:spacing w:before="156"/>
        <w:ind w:left="126"/>
      </w:pPr>
      <w:proofErr w:type="spellStart"/>
      <w:r>
        <w:t>Мультимедийный</w:t>
      </w:r>
      <w:proofErr w:type="spellEnd"/>
      <w:r>
        <w:rPr>
          <w:spacing w:val="-7"/>
        </w:rPr>
        <w:t xml:space="preserve"> </w:t>
      </w:r>
      <w:proofErr w:type="spellStart"/>
      <w:r>
        <w:t>проектор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ноутбук</w:t>
      </w:r>
      <w:proofErr w:type="spellEnd"/>
    </w:p>
    <w:p w:rsidR="004D285B" w:rsidRPr="00E52986" w:rsidRDefault="004D285B">
      <w:pPr>
        <w:rPr>
          <w:lang w:val="ru-RU"/>
        </w:rPr>
        <w:sectPr w:rsidR="004D285B" w:rsidRPr="00E5298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52986" w:rsidRPr="00E52986" w:rsidRDefault="00E52986">
      <w:pPr>
        <w:rPr>
          <w:lang w:val="ru-RU"/>
        </w:rPr>
      </w:pPr>
    </w:p>
    <w:sectPr w:rsidR="00E52986" w:rsidRPr="00E52986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F29DF"/>
    <w:rsid w:val="004D285B"/>
    <w:rsid w:val="00842086"/>
    <w:rsid w:val="00A331E1"/>
    <w:rsid w:val="00AA1D8D"/>
    <w:rsid w:val="00B01A45"/>
    <w:rsid w:val="00B47730"/>
    <w:rsid w:val="00BE75EC"/>
    <w:rsid w:val="00CB0664"/>
    <w:rsid w:val="00E52986"/>
    <w:rsid w:val="00FC693F"/>
    <w:rsid w:val="00FD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521C44"/>
  <w14:defaultImageDpi w14:val="300"/>
  <w15:docId w15:val="{7660C972-FFE6-412A-ADA7-020D1CC5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TableParagraph">
    <w:name w:val="Table Paragraph"/>
    <w:basedOn w:val="a1"/>
    <w:uiPriority w:val="1"/>
    <w:qFormat/>
    <w:rsid w:val="00E52986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tera.edu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edu.ru/modules.php" TargetMode="External"/><Relationship Id="rId12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vetozar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olympiads.mccme.ru/turl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t.1september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E75415-082E-4069-953A-9A9B18361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42</Pages>
  <Words>9493</Words>
  <Characters>54112</Characters>
  <Application>Microsoft Office Word</Application>
  <DocSecurity>0</DocSecurity>
  <Lines>450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63479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Школа7</cp:lastModifiedBy>
  <cp:revision>6</cp:revision>
  <dcterms:created xsi:type="dcterms:W3CDTF">2013-12-23T23:15:00Z</dcterms:created>
  <dcterms:modified xsi:type="dcterms:W3CDTF">2022-10-15T08:27:00Z</dcterms:modified>
  <cp:category/>
</cp:coreProperties>
</file>